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AANSPRAKELIJK STELLEN AANNEMER</w:t>
      </w:r>
    </w:p>
    <w:p/>
    <w:p>
      <w:r>
        <w:rPr>
          <w:b w:val="0"/>
          <w:sz w:val="20"/>
        </w:rPr>
        <w:t>Geachte heer/mevrouw,</w:t>
      </w:r>
    </w:p>
    <w:p/>
    <w:p>
      <w:r>
        <w:rPr>
          <w:b w:val="0"/>
          <w:sz w:val="20"/>
        </w:rPr>
        <w:t>Hierbij stellen wij u aansprakelijk voor de schade die is ontstaan als gevolg van uw werkzaamheden bij het project waar wij opdrachtgever van zijn geweest. Wij verzoeken u dit binnen redelijke termijn te erkennen en de schade te vergoeden.</w:t>
      </w:r>
    </w:p>
    <w:p/>
    <w:p>
      <w:r>
        <w:rPr>
          <w:b/>
          <w:sz w:val="20"/>
        </w:rPr>
        <w:t>Gegevens Opdrachtgever:</w:t>
      </w:r>
    </w:p>
    <w:p>
      <w:r>
        <w:rPr>
          <w:b w:val="0"/>
          <w:sz w:val="20"/>
        </w:rPr>
        <w:t>Naam: ___________________________________________________________</w:t>
      </w:r>
    </w:p>
    <w:p>
      <w:r>
        <w:rPr>
          <w:b w:val="0"/>
          <w:sz w:val="20"/>
        </w:rPr>
        <w:t>Adres: __________________________________________________________</w:t>
      </w:r>
    </w:p>
    <w:p>
      <w:r>
        <w:rPr>
          <w:b w:val="0"/>
          <w:sz w:val="20"/>
        </w:rPr>
        <w:t>Contactgegevens: _________________________________________________</w:t>
      </w:r>
    </w:p>
    <w:p/>
    <w:p>
      <w:r>
        <w:rPr>
          <w:b/>
          <w:sz w:val="20"/>
        </w:rPr>
        <w:t>Gegevens Aannemer:</w:t>
      </w:r>
    </w:p>
    <w:p>
      <w:r>
        <w:rPr>
          <w:b w:val="0"/>
          <w:sz w:val="20"/>
        </w:rPr>
        <w:t>Naam: ___________________________________________________________</w:t>
      </w:r>
    </w:p>
    <w:p>
      <w:r>
        <w:rPr>
          <w:b w:val="0"/>
          <w:sz w:val="20"/>
        </w:rPr>
        <w:t>Adres: __________________________________________________________</w:t>
      </w:r>
    </w:p>
    <w:p>
      <w:r>
        <w:rPr>
          <w:b w:val="0"/>
          <w:sz w:val="20"/>
        </w:rPr>
        <w:t>Contactgegevens: _________________________________________________</w:t>
      </w:r>
    </w:p>
    <w:p/>
    <w:p>
      <w:r>
        <w:rPr>
          <w:b/>
          <w:sz w:val="20"/>
        </w:rPr>
        <w:t>Omschrijving van het project:</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Omschrijving van de schade en aanleiding van aansprakelijkheid:</w:t>
      </w:r>
    </w:p>
    <w:p>
      <w:r>
        <w:rPr>
          <w:b w:val="0"/>
          <w:sz w:val="20"/>
        </w:rPr>
        <w:t>De schade is ontstaan op of rondom het tijdstip van de uitvoering van bovengenoemde werkzaamheden. De oorzaak van de schade ligt bij tekortkomingen in de uitvoering door de aannemer, waaronder onder meer:</w:t>
      </w:r>
    </w:p>
    <w:p>
      <w:r>
        <w:rPr>
          <w:b w:val="0"/>
          <w:sz w:val="20"/>
        </w:rPr>
        <w:t>- Niet voldoen aan de overeengekomen kwaliteitsnormen</w:t>
      </w:r>
    </w:p>
    <w:p>
      <w:r>
        <w:rPr>
          <w:b w:val="0"/>
          <w:sz w:val="20"/>
        </w:rPr>
        <w:t>- Niet naleven van veiligheidsvoorschriften</w:t>
      </w:r>
    </w:p>
    <w:p>
      <w:r>
        <w:rPr>
          <w:b w:val="0"/>
          <w:sz w:val="20"/>
        </w:rPr>
        <w:t>- Gebruik van onvoldoende of verkeerde materialen</w:t>
      </w:r>
    </w:p>
    <w:p>
      <w:r>
        <w:rPr>
          <w:b w:val="0"/>
          <w:sz w:val="20"/>
        </w:rPr>
        <w:t>- Andere tekortkomingen die tot schade hebben geleid</w:t>
      </w:r>
    </w:p>
    <w:p/>
    <w:p>
      <w:r>
        <w:rPr>
          <w:b w:val="0"/>
          <w:sz w:val="20"/>
        </w:rPr>
        <w:t>Wij verzoeken u om binnen 14 dagen na dagtekening van deze brief schriftelijk te bevestigen dat u aansprakelijkheid erkent en de schade binnen een redelijke termijn te herstellen dan wel te vergoeden. Indien u dit nalaat, zullen wij overgaan tot het treffen van verdere juridische maatregelen.</w:t>
      </w:r>
    </w:p>
    <w:p/>
    <w:p>
      <w:r>
        <w:rPr>
          <w:b/>
          <w:sz w:val="20"/>
        </w:rPr>
        <w:t>Juridische grondslag:</w:t>
      </w:r>
    </w:p>
    <w:p>
      <w:r>
        <w:rPr>
          <w:b w:val="0"/>
          <w:sz w:val="20"/>
        </w:rPr>
        <w:t>Deze aansprakelijkstelling is gebaseerd op de artikelen 6:74 en 6:75 van het Burgerlijk Wetboek, waarin de verplichtingen en aansprakelijkheid van de aannemer zijn geregeld.</w:t>
      </w:r>
    </w:p>
    <w:p/>
    <w:p>
      <w:r>
        <w:rPr>
          <w:b w:val="0"/>
          <w:sz w:val="20"/>
        </w:rPr>
        <w:t>Wij vertrouwen erop dat u deze kwestie serieus neemt en zien uw reactie graag binnen genoemde termijn tegemoet.</w:t>
      </w:r>
    </w:p>
    <w:p/>
    <w:p/>
    <w:p>
      <w:r>
        <w:rPr>
          <w:b w:val="0"/>
          <w:sz w:val="20"/>
        </w:rPr>
        <w:t>Met vriendelijke groet,</w:t>
      </w:r>
    </w:p>
    <w:p/>
    <w:p/>
    <w:p/>
    <w:p/>
    <w:p>
      <w:r>
        <w:rPr>
          <w:b w:val="0"/>
          <w:sz w:val="20"/>
        </w:rPr>
        <w:t>______________________________</w:t>
      </w:r>
    </w:p>
    <w:p>
      <w:r>
        <w:rPr>
          <w:b w:val="0"/>
          <w:sz w:val="20"/>
        </w:rPr>
        <w:t>Naam opdrachtgever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OPDRACHTGEVER</w:t>
            </w:r>
          </w:p>
        </w:tc>
        <w:tc>
          <w:tcPr>
            <w:tcW w:type="dxa" w:w="4986"/>
            <w:tcBorders>
              <w:top w:val="nil"/>
              <w:left w:val="nil"/>
              <w:bottom w:val="nil"/>
              <w:right w:val="nil"/>
              <w:insideH w:val="nil"/>
              <w:insideV w:val="nil"/>
            </w:tcBorders>
          </w:tcPr>
          <w:p>
            <w:pPr>
              <w:jc w:val="center"/>
            </w:pPr>
            <w:r>
              <w:t>AANNEMER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https://briefklaar.com/aannemer-aansprakelijk-stellen-voorbeeldbrief/</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aannemer-aansprakelijk-stellen-voorbeeldbrief/"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