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AANMANING TOT NALEVING EN IN GEBREKE STELLEN</w:t>
      </w:r>
    </w:p>
    <w:p/>
    <w:p/>
    <w:p>
      <w:r>
        <w:rPr>
          <w:b/>
          <w:sz w:val="20"/>
        </w:rPr>
        <w:t>Gegevens Opdrachtgever :</w:t>
      </w:r>
    </w:p>
    <w:p>
      <w:r>
        <w:rPr>
          <w:b w:val="0"/>
          <w:sz w:val="20"/>
        </w:rPr>
        <w:t>Naam / Bedrijf : ______________________________________________</w:t>
      </w:r>
    </w:p>
    <w:p>
      <w:r>
        <w:rPr>
          <w:b w:val="0"/>
          <w:sz w:val="20"/>
        </w:rPr>
        <w:t>Adres : _______________________________________________________</w:t>
      </w:r>
    </w:p>
    <w:p>
      <w:r>
        <w:rPr>
          <w:b w:val="0"/>
          <w:sz w:val="20"/>
        </w:rPr>
        <w:t>Postcode en plaats : ___________________________________________</w:t>
      </w:r>
    </w:p>
    <w:p>
      <w:r>
        <w:rPr>
          <w:b w:val="0"/>
          <w:sz w:val="20"/>
        </w:rPr>
        <w:t>E-mail : ______________________________________________________</w:t>
      </w:r>
    </w:p>
    <w:p/>
    <w:p>
      <w:r>
        <w:rPr>
          <w:b/>
          <w:sz w:val="20"/>
        </w:rPr>
        <w:t>Gegevens Aannemer :</w:t>
      </w:r>
    </w:p>
    <w:p>
      <w:r>
        <w:rPr>
          <w:b w:val="0"/>
          <w:sz w:val="20"/>
        </w:rPr>
        <w:t>Naam / Bedrijf : ______________________________________________</w:t>
      </w:r>
    </w:p>
    <w:p>
      <w:r>
        <w:rPr>
          <w:b w:val="0"/>
          <w:sz w:val="20"/>
        </w:rPr>
        <w:t>Adres : _______________________________________________________</w:t>
      </w:r>
    </w:p>
    <w:p>
      <w:r>
        <w:rPr>
          <w:b w:val="0"/>
          <w:sz w:val="20"/>
        </w:rPr>
        <w:t>Postcode en plaats : ___________________________________________</w:t>
      </w:r>
    </w:p>
    <w:p>
      <w:r>
        <w:rPr>
          <w:b w:val="0"/>
          <w:sz w:val="20"/>
        </w:rPr>
        <w:t>E-mail : ______________________________________________________</w:t>
      </w:r>
    </w:p>
    <w:p/>
    <w:p/>
    <w:p>
      <w:r>
        <w:rPr>
          <w:b/>
          <w:sz w:val="20"/>
        </w:rPr>
        <w:t>Betreft: ingebrekestelling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stellen wij u formeel in gebreke wegens het niet (tijdig) nakomen van uw verplichtingen uit de overeenkomst tussen ons.</w:t>
      </w:r>
    </w:p>
    <w:p/>
    <w:p>
      <w:r>
        <w:rPr>
          <w:b w:val="0"/>
          <w:sz w:val="20"/>
        </w:rPr>
        <w:t>Volgens onze overeenkomst bent u verplicht om de volgende werkzaamheden uit te voeren: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 w:val="0"/>
          <w:sz w:val="20"/>
        </w:rPr>
        <w:t>Tot op heden zijn deze werkzaamheden niet (volledig) uitgevoerd, ondanks onze eerdere verzoeken.</w:t>
      </w:r>
    </w:p>
    <w:p/>
    <w:p>
      <w:r>
        <w:rPr>
          <w:b w:val="0"/>
          <w:sz w:val="20"/>
        </w:rPr>
        <w:t>Wij verzoeken u daarom om binnen een termijn van 14 dagen na dagtekening van deze brief alsnog volledig te voldoen aan uw verplichtingen.</w:t>
      </w:r>
    </w:p>
    <w:p/>
    <w:p>
      <w:r>
        <w:rPr>
          <w:b w:val="0"/>
          <w:sz w:val="20"/>
        </w:rPr>
        <w:t>Indien u niet binnen deze termijn aan uw verplichtingen voldoet, zullen wij genoodzaakt zijn verdere juridische stappen te ondernemen om onze belangen te beschermen.</w:t>
      </w:r>
    </w:p>
    <w:p/>
    <w:p/>
    <w:p>
      <w:r>
        <w:rPr>
          <w:b w:val="0"/>
          <w:sz w:val="20"/>
        </w:rPr>
        <w:t>Wij vertrouwen erop dat het niet zover hoeft te komen en dat u spoedig aan deze ingebrekestelling voldoet.</w:t>
      </w:r>
    </w:p>
    <w:p/>
    <w:p/>
    <w:p>
      <w:r>
        <w:rPr>
          <w:b w:val="0"/>
          <w:sz w:val="20"/>
        </w:rPr>
        <w:t>Met vriendelijke groet,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Opdrachtgever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Aannemer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https://briefklaar.com/aannemer-in-gebreke-stellen-voorbeeldbrief/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aannemer-in-gebreke-stellen-voorbeeldbrief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