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2"/>
        </w:rPr>
        <w:t>BORGBRIEF</w:t>
      </w:r>
    </w:p>
    <w:p/>
    <w:p/>
    <w:p>
      <w:r>
        <w:rPr>
          <w:b/>
          <w:sz w:val="22"/>
        </w:rPr>
        <w:t>Aan: _______________________________</w:t>
      </w:r>
    </w:p>
    <w:p>
      <w:r>
        <w:rPr>
          <w:b w:val="0"/>
          <w:sz w:val="22"/>
        </w:rPr>
        <w:t>Adres: _______________________________</w:t>
      </w:r>
    </w:p>
    <w:p>
      <w:r>
        <w:rPr>
          <w:b w:val="0"/>
          <w:sz w:val="22"/>
        </w:rPr>
        <w:t>Postcode en plaats: _______________________________</w:t>
      </w:r>
    </w:p>
    <w:p/>
    <w:p/>
    <w:p>
      <w:r>
        <w:rPr>
          <w:b/>
          <w:sz w:val="22"/>
        </w:rPr>
        <w:t>Betreft: Borgstellingsovereenkomst</w:t>
      </w:r>
    </w:p>
    <w:p/>
    <w:p>
      <w:r>
        <w:rPr>
          <w:b/>
          <w:sz w:val="22"/>
        </w:rPr>
        <w:t>Ondergetekende(n):</w:t>
      </w:r>
    </w:p>
    <w:p>
      <w:r>
        <w:rPr>
          <w:b w:val="0"/>
          <w:sz w:val="22"/>
        </w:rPr>
        <w:t>Naam borgsteller(s) : ________________________________________________</w:t>
      </w:r>
    </w:p>
    <w:p>
      <w:r>
        <w:rPr>
          <w:b w:val="0"/>
          <w:sz w:val="22"/>
        </w:rPr>
        <w:t>Adres borgsteller(s) : ________________________________________________</w:t>
      </w:r>
    </w:p>
    <w:p>
      <w:r>
        <w:rPr>
          <w:b w:val="0"/>
          <w:sz w:val="22"/>
        </w:rPr>
        <w:t>Geboortedatum : ______________________________________________________</w:t>
      </w:r>
    </w:p>
    <w:p/>
    <w:p>
      <w:r>
        <w:rPr>
          <w:b/>
          <w:sz w:val="22"/>
        </w:rPr>
        <w:t>Verklaren zich hierbij als borg te verbinden tegenover:</w:t>
      </w:r>
    </w:p>
    <w:p>
      <w:r>
        <w:rPr>
          <w:b w:val="0"/>
          <w:sz w:val="22"/>
        </w:rPr>
        <w:t>Naam schuldeiser : _________________________________________________</w:t>
      </w:r>
    </w:p>
    <w:p>
      <w:r>
        <w:rPr>
          <w:b w:val="0"/>
          <w:sz w:val="22"/>
        </w:rPr>
        <w:t>Adres schuldeiser : _________________________________________________</w:t>
      </w:r>
    </w:p>
    <w:p/>
    <w:p>
      <w:r>
        <w:rPr>
          <w:b/>
          <w:sz w:val="22"/>
        </w:rPr>
        <w:t>Artikel 1 – Borgstelling</w:t>
      </w:r>
    </w:p>
    <w:p>
      <w:r>
        <w:rPr>
          <w:b w:val="0"/>
          <w:sz w:val="22"/>
        </w:rPr>
        <w:t>De borgsteller verbindt zich onvoorwaardelijk en hoofdelijk als borg voor de verplichtingen van de schuldenaar, zoals vastgelegd in de overeenkomst met de schuldeiser.</w:t>
      </w:r>
    </w:p>
    <w:p/>
    <w:p>
      <w:r>
        <w:rPr>
          <w:b/>
          <w:sz w:val="22"/>
        </w:rPr>
        <w:t>Artikel 2 – Omvang van de borgstelling</w:t>
      </w:r>
    </w:p>
    <w:p>
      <w:r>
        <w:rPr>
          <w:b w:val="0"/>
          <w:sz w:val="22"/>
        </w:rPr>
        <w:t>De borgstelling geldt voor een bedrag van € ____________, inclusief rente en kosten.</w:t>
      </w:r>
    </w:p>
    <w:p/>
    <w:p>
      <w:r>
        <w:rPr>
          <w:b/>
          <w:sz w:val="22"/>
        </w:rPr>
        <w:t>Artikel 3 – Looptijd</w:t>
      </w:r>
    </w:p>
    <w:p>
      <w:r>
        <w:rPr>
          <w:b w:val="0"/>
          <w:sz w:val="22"/>
        </w:rPr>
        <w:t>De borgstelling geldt tot volledige voldoening van de verplichtingen van de schuldenaar.</w:t>
      </w:r>
    </w:p>
    <w:p/>
    <w:p>
      <w:r>
        <w:rPr>
          <w:b/>
          <w:sz w:val="22"/>
        </w:rPr>
        <w:t>Artikel 4 – Aansprakelijkheid</w:t>
      </w:r>
    </w:p>
    <w:p>
      <w:r>
        <w:rPr>
          <w:b w:val="0"/>
          <w:sz w:val="22"/>
        </w:rPr>
        <w:t>De borgsteller is hoofdelijk aansprakelijk voor alle verplichtingen van de schuldenaar die voortvloeien uit de genoemde overeenkomst.</w:t>
      </w:r>
    </w:p>
    <w:p/>
    <w:p>
      <w:r>
        <w:rPr>
          <w:b/>
          <w:sz w:val="22"/>
        </w:rPr>
        <w:t>Artikel 5 – Betalingen</w:t>
      </w:r>
    </w:p>
    <w:p>
      <w:r>
        <w:rPr>
          <w:b w:val="0"/>
          <w:sz w:val="22"/>
        </w:rPr>
        <w:t>Betalingen door de borgsteller strekken in mindering op de schuld van de schuldenaar.</w:t>
      </w:r>
    </w:p>
    <w:p/>
    <w:p>
      <w:r>
        <w:rPr>
          <w:b/>
          <w:sz w:val="22"/>
        </w:rPr>
        <w:t>Artikel 6 – Vervallen van borgstelling</w:t>
      </w:r>
    </w:p>
    <w:p>
      <w:r>
        <w:rPr>
          <w:b w:val="0"/>
          <w:sz w:val="22"/>
        </w:rPr>
        <w:t>De borgstelling vervalt zodra de schuldenaar aan al zijn verplichtingen heeft voldaan en de schuldeiser schriftelijk heeft bevestigd dat de borgstelling niet langer vereist is.</w:t>
      </w:r>
    </w:p>
    <w:p/>
    <w:p/>
    <w:p>
      <w:r>
        <w:rPr>
          <w:b/>
          <w:sz w:val="22"/>
        </w:rPr>
        <w:t>Plaats : ____________________________________</w:t>
      </w:r>
    </w:p>
    <w:p>
      <w:r>
        <w:rPr>
          <w:b/>
          <w:sz w:val="22"/>
        </w:rPr>
        <w:t>Datum : 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BORGSTELLER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SCHULDEISER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Handtekening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Naam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Oorspronkelijke bron van dit document: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https://briefklaar.com/borg-brief-voorbeeld/</w:t>
        </w:r>
      </w:hyperlink>
    </w:p>
    <w:p>
      <w:pPr>
        <w:jc w:val="center"/>
      </w:pPr>
      <w:r>
        <w:rPr>
          <w:color w:val="555555"/>
          <w:sz w:val="26"/>
        </w:rPr>
        <w:t>Was dit voorbeeld nuttig voor jou?</w:t>
      </w:r>
    </w:p>
    <w:p>
      <w:pPr>
        <w:jc w:val="center"/>
      </w:pPr>
      <w:r>
        <w:rPr>
          <w:color w:val="555555"/>
          <w:sz w:val="26"/>
        </w:rPr>
        <w:t>Vind andere bijgewerkte voorbeelden op de website: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https://briefklaar.com</w:t>
        </w:r>
      </w:hyperlink>
    </w:p>
    <w:p>
      <w:pPr>
        <w:jc w:val="center"/>
      </w:pPr>
      <w:r>
        <w:rPr>
          <w:color w:val="808080"/>
          <w:sz w:val="20"/>
        </w:rPr>
        <w:t>Dit voorbeeld is uitsluitend bedoeld voor persoonlijk en niet-commercieel gebruik.</w:t>
        <w:br/>
        <w:t>Elke verspreiding of publicatie moet de bron vermelden. © briefklaar.com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briefklaar.com/borg-brief-voorbeeld/" TargetMode="External"/><Relationship Id="rId10" Type="http://schemas.openxmlformats.org/officeDocument/2006/relationships/hyperlink" Target="https://briefklaa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