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BRIEF AAN MIJN VRIEND</w:t>
      </w:r>
    </w:p>
    <w:p/>
    <w:p/>
    <w:p>
      <w:r>
        <w:rPr>
          <w:b w:val="0"/>
          <w:sz w:val="22"/>
        </w:rPr>
        <w:t>Beste vriend,</w:t>
      </w:r>
    </w:p>
    <w:p/>
    <w:p>
      <w:r>
        <w:rPr>
          <w:b w:val="0"/>
          <w:sz w:val="22"/>
        </w:rPr>
        <w:t>Ik hoop dat het goed met je gaat. Ik wilde je graag schrijven om je bij te praten over wat er de laatste tijd bij mij speelt. Het voelt fijn om mijn gedachten met je te delen.</w:t>
      </w:r>
    </w:p>
    <w:p/>
    <w:p>
      <w:r>
        <w:rPr>
          <w:b w:val="0"/>
          <w:sz w:val="22"/>
        </w:rPr>
        <w:t>De afgelopen periode is er veel gebeurd. Ik heb nieuwe dingen geleerd en waardevolle ervaringen opgedaan. Ik waardeer onze vriendschap enorm en hoop dat we elkaar snel weer kunnen ontmoeten om bij te praten.</w:t>
      </w:r>
    </w:p>
    <w:p/>
    <w:p>
      <w:r>
        <w:rPr>
          <w:b w:val="0"/>
          <w:sz w:val="22"/>
        </w:rPr>
        <w:t>Ik ben benieuwd hoe het met jou gaat en wat er allemaal nieuw is in jouw leven. Laat alsjeblieft snel iets van je horen, dat zal me veel plezier doen.</w:t>
      </w:r>
    </w:p>
    <w:p/>
    <w:p>
      <w:r>
        <w:rPr>
          <w:b w:val="0"/>
          <w:sz w:val="22"/>
        </w:rPr>
        <w:t>Met vriendelijke groet,</w:t>
      </w:r>
    </w:p>
    <w:p/>
    <w:p/>
    <w:p/>
    <w:p>
      <w:r>
        <w:rPr>
          <w:b w:val="0"/>
          <w:sz w:val="22"/>
        </w:rPr>
        <w:t>___________________________________</w:t>
      </w:r>
    </w:p>
    <w:p>
      <w:r>
        <w:rPr>
          <w:b w:val="0"/>
          <w:sz w:val="22"/>
        </w:rPr>
        <w:t>Jouw naam</w:t>
      </w:r>
    </w:p>
    <w:p/>
    <w:p/>
    <w:p>
      <w:r>
        <w:rPr>
          <w:b/>
          <w:sz w:val="22"/>
        </w:rPr>
        <w:t>Contactgegevens:</w:t>
      </w:r>
    </w:p>
    <w:p>
      <w:r>
        <w:rPr>
          <w:b w:val="0"/>
          <w:sz w:val="22"/>
        </w:rPr>
        <w:t>Adres: _______________________________________________</w:t>
      </w:r>
    </w:p>
    <w:p>
      <w:r>
        <w:rPr>
          <w:b w:val="0"/>
          <w:sz w:val="22"/>
        </w:rPr>
        <w:t>Telefoon: _____________________________________________</w:t>
      </w:r>
    </w:p>
    <w:p>
      <w:r>
        <w:rPr>
          <w:b w:val="0"/>
          <w:sz w:val="22"/>
        </w:rPr>
        <w:t>E-mail: _______________________________________________</w:t>
      </w:r>
    </w:p>
    <w:p/>
    <w:p/>
    <w:p>
      <w:r>
        <w:br w:type="page"/>
      </w:r>
    </w:p>
    <w:p>
      <w:pPr>
        <w:jc w:val="center"/>
      </w:pPr>
      <w:r>
        <w:rPr>
          <w:color w:val="555555"/>
          <w:sz w:val="24"/>
        </w:rPr>
        <w:t>Oorspronkelijke bron van dit document:</w:t>
      </w:r>
    </w:p>
    <w:p>
      <w:pPr>
        <w:jc w:val="center"/>
      </w:pPr>
      <w:hyperlink r:id="rId9">
        <w:r>
          <w:rPr>
            <w:color w:val="0000FF"/>
            <w:u w:val="single"/>
          </w:rPr>
          <w:t>https://briefklaar.com/brief-aan-vriend-voorbeeld/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brief-aan-vriend-voorbeeld/"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