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BRIEF MET EEN VERZOEK</w:t>
      </w:r>
    </w:p>
    <w:p/>
    <w:p/>
    <w:p>
      <w:r>
        <w:rPr>
          <w:b/>
          <w:sz w:val="20"/>
        </w:rPr>
        <w:t>Aan :</w:t>
      </w:r>
    </w:p>
    <w:p>
      <w:r>
        <w:rPr>
          <w:b w:val="0"/>
          <w:sz w:val="20"/>
        </w:rPr>
        <w:t>Naam / Bedrijfsnaam : ______________________________________________</w:t>
      </w:r>
    </w:p>
    <w:p>
      <w:r>
        <w:rPr>
          <w:b w:val="0"/>
          <w:sz w:val="20"/>
        </w:rPr>
        <w:t>Adres : _____________________________________________________________</w:t>
      </w:r>
    </w:p>
    <w:p>
      <w:r>
        <w:rPr>
          <w:b w:val="0"/>
          <w:sz w:val="20"/>
        </w:rPr>
        <w:t>Postcode en Plaats : _________________________________________________</w:t>
      </w:r>
    </w:p>
    <w:p/>
    <w:p/>
    <w:p>
      <w:r>
        <w:rPr>
          <w:b/>
          <w:sz w:val="20"/>
        </w:rPr>
        <w:t>Van :</w:t>
      </w:r>
    </w:p>
    <w:p>
      <w:r>
        <w:rPr>
          <w:b w:val="0"/>
          <w:sz w:val="20"/>
        </w:rPr>
        <w:t>Naam : _______________________________________________________________</w:t>
      </w:r>
    </w:p>
    <w:p>
      <w:r>
        <w:rPr>
          <w:b w:val="0"/>
          <w:sz w:val="20"/>
        </w:rPr>
        <w:t>Adres : ______________________________________________________________</w:t>
      </w:r>
    </w:p>
    <w:p>
      <w:r>
        <w:rPr>
          <w:b w:val="0"/>
          <w:sz w:val="20"/>
        </w:rPr>
        <w:t>Postcode en Plaats : _________________________________________________</w:t>
      </w:r>
    </w:p>
    <w:p>
      <w:r>
        <w:rPr>
          <w:b w:val="0"/>
          <w:sz w:val="20"/>
        </w:rPr>
        <w:t>Telefoonnummer : _____________________________________________________</w:t>
      </w:r>
    </w:p>
    <w:p>
      <w:r>
        <w:rPr>
          <w:b w:val="0"/>
          <w:sz w:val="20"/>
        </w:rPr>
        <w:t>E-mail : ______________________________________________________________</w:t>
      </w:r>
    </w:p>
    <w:p/>
    <w:p/>
    <w:p>
      <w:r>
        <w:rPr>
          <w:b/>
          <w:sz w:val="20"/>
        </w:rPr>
        <w:t>Betreft :</w:t>
      </w:r>
    </w:p>
    <w:p>
      <w:r>
        <w:rPr>
          <w:b w:val="0"/>
          <w:sz w:val="20"/>
        </w:rPr>
        <w:t>Verzoek tot ____________________________________________________________</w:t>
      </w:r>
    </w:p>
    <w:p/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richt ik mij tot u met het verzoek om onderstaande zaak te behandelen. Ik hoop op een positieve en spoedige afhandeling.</w:t>
      </w:r>
    </w:p>
    <w:p/>
    <w:p>
      <w:r>
        <w:rPr>
          <w:b/>
          <w:sz w:val="20"/>
        </w:rPr>
        <w:t>Omschrijving van het verzoek :</w:t>
      </w:r>
    </w:p>
    <w:p>
      <w:r>
        <w:rPr>
          <w:b w:val="0"/>
          <w:sz w:val="20"/>
        </w:rPr>
        <w:t>- 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</w:t>
      </w:r>
    </w:p>
    <w:p/>
    <w:p>
      <w:r>
        <w:rPr>
          <w:b/>
          <w:sz w:val="20"/>
        </w:rPr>
        <w:t>Toelichting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 w:val="0"/>
          <w:sz w:val="20"/>
        </w:rPr>
        <w:t>Ik vertrouw erop u hiermee voldoende te hebben geïnformeerd en zie uw reactie met belangstelling tegemoet.</w:t>
      </w:r>
    </w:p>
    <w:p/>
    <w:p/>
    <w:p>
      <w:r>
        <w:rPr>
          <w:b w:val="0"/>
          <w:sz w:val="20"/>
        </w:rPr>
        <w:t>Met vriendelijke groet,</w:t>
      </w:r>
    </w:p>
    <w:p/>
    <w:p/>
    <w:p/>
    <w:p/>
    <w:p>
      <w:r>
        <w:rPr>
          <w:b w:val="0"/>
          <w:sz w:val="20"/>
        </w:rPr>
        <w:t>Handtekening : __________________________</w:t>
      </w:r>
    </w:p>
    <w:p>
      <w:r>
        <w:rPr>
          <w:b w:val="0"/>
          <w:sz w:val="20"/>
        </w:rPr>
        <w:t>Naam : __________________________________</w:t>
      </w:r>
    </w:p>
    <w:p/>
    <w:p/>
    <w:p>
      <w:r>
        <w:rPr>
          <w:b w:val="0"/>
          <w:sz w:val="20"/>
        </w:rPr>
        <w:t>Plaats : ____________________________      Datum : ____________________________</w:t>
      </w:r>
    </w:p>
    <w:p/>
    <w:p/>
    <w:p>
      <w:r>
        <w:rPr>
          <w:b/>
          <w:sz w:val="20"/>
        </w:rPr>
        <w:t>Contactgegevens voor nadere informatie :</w:t>
      </w:r>
    </w:p>
    <w:p>
      <w:r>
        <w:rPr>
          <w:b w:val="0"/>
          <w:sz w:val="20"/>
        </w:rPr>
        <w:t>Telefoon : _____________________________________________________________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Afzender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Ontvanger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https://briefklaar.com/brief-opstellen-met-een-verzoek/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brief-opstellen-met-een-verzoek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