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BRIEF VOORSCHOT SALARIS</w:t>
      </w:r>
    </w:p>
    <w:p/>
    <w:p/>
    <w:p>
      <w:r>
        <w:rPr>
          <w:b w:val="0"/>
          <w:sz w:val="22"/>
        </w:rPr>
        <w:t>Aan:</w:t>
      </w:r>
    </w:p>
    <w:p>
      <w:r>
        <w:rPr>
          <w:b w:val="0"/>
          <w:sz w:val="22"/>
        </w:rPr>
        <w:t>Naam werknemer : __________________________________________</w:t>
      </w:r>
    </w:p>
    <w:p>
      <w:r>
        <w:rPr>
          <w:b w:val="0"/>
          <w:sz w:val="22"/>
        </w:rPr>
        <w:t>Adres           : __________________________________________</w:t>
      </w:r>
    </w:p>
    <w:p>
      <w:r>
        <w:rPr>
          <w:b w:val="0"/>
          <w:sz w:val="22"/>
        </w:rPr>
        <w:t>Postcode &amp; woonplaats : ___________________________________</w:t>
      </w:r>
    </w:p>
    <w:p/>
    <w:p/>
    <w:p>
      <w:r>
        <w:rPr>
          <w:b w:val="0"/>
          <w:sz w:val="22"/>
        </w:rPr>
        <w:t>Van:</w:t>
      </w:r>
    </w:p>
    <w:p>
      <w:r>
        <w:rPr>
          <w:b w:val="0"/>
          <w:sz w:val="22"/>
        </w:rPr>
        <w:t>Naam werkgever : __________________________________________</w:t>
      </w:r>
    </w:p>
    <w:p>
      <w:r>
        <w:rPr>
          <w:b w:val="0"/>
          <w:sz w:val="22"/>
        </w:rPr>
        <w:t>Adres         : __________________________________________</w:t>
      </w:r>
    </w:p>
    <w:p>
      <w:r>
        <w:rPr>
          <w:b w:val="0"/>
          <w:sz w:val="22"/>
        </w:rPr>
        <w:t>Postcode &amp; plaats : _______________________________________</w:t>
      </w:r>
    </w:p>
    <w:p/>
    <w:p/>
    <w:p>
      <w:r>
        <w:rPr>
          <w:b/>
          <w:sz w:val="24"/>
        </w:rPr>
        <w:t>Betreft: Voorschot op salaris</w:t>
      </w:r>
    </w:p>
    <w:p>
      <w:r>
        <w:rPr>
          <w:b w:val="0"/>
          <w:sz w:val="22"/>
        </w:rPr>
        <w:t>Geachte heer/mevrouw,</w:t>
      </w:r>
    </w:p>
    <w:p/>
    <w:p>
      <w:r>
        <w:rPr>
          <w:b w:val="0"/>
          <w:sz w:val="22"/>
        </w:rPr>
        <w:t>Hierbij bevestigen wij dat u een voorschot op uw salaris kunt ontvangen. Dit voorschot betreft een bedrag van € ____________, dat zal worden verrekend met uw eerstvolgende salarisbetaling.</w:t>
      </w:r>
    </w:p>
    <w:p/>
    <w:p>
      <w:r>
        <w:rPr>
          <w:b w:val="0"/>
          <w:sz w:val="22"/>
        </w:rPr>
        <w:t>Wij verzoeken u vriendelijk om onderstaande verklaring te ondertekenen ter bevestiging van ontvangst van dit voorschot.</w:t>
      </w:r>
    </w:p>
    <w:p/>
    <w:p/>
    <w:p>
      <w:r>
        <w:rPr>
          <w:b/>
          <w:sz w:val="24"/>
        </w:rPr>
        <w:t>Verklaring werknemer</w:t>
      </w:r>
    </w:p>
    <w:p>
      <w:r>
        <w:rPr>
          <w:b w:val="0"/>
          <w:sz w:val="22"/>
        </w:rPr>
        <w:t>Ondergetekende verklaart het voorschot op salaris van € ____________ te hebben ontvangen en gaat akkoord met verrekening hiervan met het eerstvolgende reguliere salaris.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Werkgever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Werknemer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</w:t>
            </w:r>
          </w:p>
        </w:tc>
      </w:tr>
    </w:tbl>
    <w:p/>
    <w:p/>
    <w:p>
      <w:r>
        <w:rPr>
          <w:b w:val="0"/>
          <w:sz w:val="22"/>
        </w:rPr>
        <w:t>Met vriendelijke groet,</w:t>
      </w:r>
    </w:p>
    <w:p/>
    <w:p/>
    <w:p/>
    <w:p/>
    <w:p>
      <w:r>
        <w:rPr>
          <w:b w:val="0"/>
          <w:sz w:val="22"/>
        </w:rPr>
        <w:t>Naam werkgever: __________________________________________</w:t>
      </w:r>
    </w:p>
    <w:p>
      <w:r>
        <w:rPr>
          <w:b w:val="0"/>
          <w:sz w:val="22"/>
        </w:rPr>
        <w:t>Functie: 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https://briefklaar.com/brief-voorschot-salaris-voorbeeld/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brief-voorschot-salaris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