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DONATIE AANVRAAG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doen wij een formeel verzoek om een donatie ten behoeve van onze organisatie/activiteit. Met deze bijdrage kunnen wij onze doelen realiseren en een positieve impact maken binnen onze gemeenschap.</w:t>
      </w:r>
    </w:p>
    <w:p/>
    <w:p>
      <w:r>
        <w:rPr>
          <w:b/>
          <w:sz w:val="20"/>
        </w:rPr>
        <w:t>Gegevens van de Aanvrager:</w:t>
      </w:r>
    </w:p>
    <w:p>
      <w:r>
        <w:rPr>
          <w:b w:val="0"/>
          <w:sz w:val="20"/>
        </w:rPr>
        <w:t>Naam organisatie/aanvrager : ________________________________________________</w:t>
      </w:r>
    </w:p>
    <w:p>
      <w:r>
        <w:rPr>
          <w:b w:val="0"/>
          <w:sz w:val="20"/>
        </w:rPr>
        <w:t>Adres : ______________________________________________________________________</w:t>
      </w:r>
    </w:p>
    <w:p>
      <w:r>
        <w:rPr>
          <w:b w:val="0"/>
          <w:sz w:val="20"/>
        </w:rPr>
        <w:t>Postcode en plaats : ___________________________________________________________</w:t>
      </w:r>
    </w:p>
    <w:p>
      <w:r>
        <w:rPr>
          <w:b w:val="0"/>
          <w:sz w:val="20"/>
        </w:rPr>
        <w:t>Telefoonnummer : ______________________________________________________________</w:t>
      </w:r>
    </w:p>
    <w:p>
      <w:r>
        <w:rPr>
          <w:b w:val="0"/>
          <w:sz w:val="20"/>
        </w:rPr>
        <w:t>E-mailadres : _________________________________________________________________</w:t>
      </w:r>
    </w:p>
    <w:p/>
    <w:p>
      <w:r>
        <w:rPr>
          <w:b/>
          <w:sz w:val="20"/>
        </w:rPr>
        <w:t>Doel van de donatie:</w:t>
      </w:r>
    </w:p>
    <w:p>
      <w:r>
        <w:rPr>
          <w:b w:val="0"/>
          <w:sz w:val="20"/>
        </w:rPr>
        <w:t>De aangevraagde donatie zal worden besteed aan: _______________________________________________________________________________</w:t>
      </w:r>
    </w:p>
    <w:p>
      <w:r>
        <w:rPr>
          <w:b w:val="0"/>
          <w:sz w:val="20"/>
        </w:rPr>
        <w:t>Wij garanderen dat de middelen uitsluitend zullen worden gebruikt voor het hierboven genoemde doel.</w:t>
      </w:r>
    </w:p>
    <w:p/>
    <w:p>
      <w:r>
        <w:rPr>
          <w:b/>
          <w:sz w:val="20"/>
        </w:rPr>
        <w:t>Gewenst donatiebedrag:</w:t>
      </w:r>
    </w:p>
    <w:p>
      <w:r>
        <w:rPr>
          <w:b w:val="0"/>
          <w:sz w:val="20"/>
        </w:rPr>
        <w:t>€ ________________ (in cijfers en woorden): ____________________________________</w:t>
      </w:r>
    </w:p>
    <w:p/>
    <w:p>
      <w:r>
        <w:rPr>
          <w:b/>
          <w:sz w:val="20"/>
        </w:rPr>
        <w:t>Motivatie van de aanvraag:</w:t>
      </w:r>
    </w:p>
    <w:p>
      <w:r>
        <w:rPr>
          <w:b w:val="0"/>
          <w:sz w:val="20"/>
        </w:rPr>
        <w:t>Onze organisatie zet zich in voor: _______________________________________________________________________________</w:t>
      </w:r>
    </w:p>
    <w:p>
      <w:r>
        <w:rPr>
          <w:b w:val="0"/>
          <w:sz w:val="20"/>
        </w:rPr>
        <w:t>Met de donatie kunnen wij de volgende resultaten behalen: _______________________________________________________________________________</w:t>
      </w:r>
    </w:p>
    <w:p/>
    <w:p>
      <w:r>
        <w:rPr>
          <w:b/>
          <w:sz w:val="20"/>
        </w:rPr>
        <w:t>Overige relevante informatie: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</w:t>
      </w:r>
    </w:p>
    <w:p/>
    <w:p>
      <w:r>
        <w:rPr>
          <w:b w:val="0"/>
          <w:sz w:val="20"/>
        </w:rPr>
        <w:t>Wij hopen op een positieve beoordeling van ons verzoek en danken u bij voorbaat voor uw aandacht en eventuele steun.</w:t>
      </w:r>
    </w:p>
    <w:p/>
    <w:p/>
    <w:p>
      <w:r>
        <w:rPr>
          <w:b w:val="0"/>
          <w:sz w:val="20"/>
        </w:rPr>
        <w:t>Met vriendelijke groet,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Aanvrager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Ontvanger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https://briefklaar.com/donatie-aanvraag-brief-voorbeeld/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donatie-aanvraag-brief-voorbeeld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