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GALA BRIEF VOORBEELD</w:t>
      </w:r>
    </w:p>
    <w:p/>
    <w:p/>
    <w:p>
      <w:r>
        <w:rPr>
          <w:b/>
          <w:sz w:val="22"/>
        </w:rPr>
        <w:t>Afzender:</w:t>
      </w:r>
    </w:p>
    <w:p>
      <w:r>
        <w:rPr>
          <w:b w:val="0"/>
          <w:sz w:val="22"/>
        </w:rPr>
        <w:t>Naam organisatie / persoon</w:t>
      </w:r>
    </w:p>
    <w:p>
      <w:r>
        <w:rPr>
          <w:b w:val="0"/>
          <w:sz w:val="22"/>
        </w:rPr>
        <w:t>Straatnaam en huisnummer</w:t>
      </w:r>
    </w:p>
    <w:p>
      <w:r>
        <w:rPr>
          <w:b w:val="0"/>
          <w:sz w:val="22"/>
        </w:rPr>
        <w:t>Postcode en plaats</w:t>
      </w:r>
    </w:p>
    <w:p>
      <w:r>
        <w:rPr>
          <w:b w:val="0"/>
          <w:sz w:val="22"/>
        </w:rPr>
        <w:t>Telefoonnummer</w:t>
      </w:r>
    </w:p>
    <w:p>
      <w:r>
        <w:rPr>
          <w:b w:val="0"/>
          <w:sz w:val="22"/>
        </w:rPr>
        <w:t>E-mailadres</w:t>
      </w:r>
    </w:p>
    <w:p/>
    <w:p/>
    <w:p>
      <w:r>
        <w:rPr>
          <w:b/>
          <w:sz w:val="22"/>
        </w:rPr>
        <w:t>Ontvanger:</w:t>
      </w:r>
    </w:p>
    <w:p>
      <w:r>
        <w:rPr>
          <w:b w:val="0"/>
          <w:sz w:val="22"/>
        </w:rPr>
        <w:t>Naam organisatie / persoon</w:t>
      </w:r>
    </w:p>
    <w:p>
      <w:r>
        <w:rPr>
          <w:b w:val="0"/>
          <w:sz w:val="22"/>
        </w:rPr>
        <w:t>Straatnaam en huisnummer</w:t>
      </w:r>
    </w:p>
    <w:p>
      <w:r>
        <w:rPr>
          <w:b w:val="0"/>
          <w:sz w:val="22"/>
        </w:rPr>
        <w:t>Postcode en plaats</w:t>
      </w:r>
    </w:p>
    <w:p/>
    <w:p/>
    <w:p>
      <w:r>
        <w:rPr>
          <w:b w:val="0"/>
          <w:sz w:val="22"/>
        </w:rPr>
        <w:t>Geachte heer/mevrouw,</w:t>
      </w:r>
    </w:p>
    <w:p/>
    <w:p>
      <w:r>
        <w:rPr>
          <w:b w:val="0"/>
          <w:sz w:val="22"/>
        </w:rPr>
        <w:t>Met veel genoegen nodigen wij u uit voor het Gala evenement dat wij organiseren. Hierbij ontvangt u alle benodigde informatie omtrent het programma en de locatie.</w:t>
      </w:r>
    </w:p>
    <w:p/>
    <w:p>
      <w:r>
        <w:rPr>
          <w:b/>
          <w:sz w:val="22"/>
        </w:rPr>
        <w:t>Programma:</w:t>
      </w:r>
    </w:p>
    <w:p>
      <w:r>
        <w:rPr>
          <w:b w:val="0"/>
          <w:sz w:val="22"/>
        </w:rPr>
        <w:t>18:00 - Ontvangst met welkomstdrankje</w:t>
      </w:r>
    </w:p>
    <w:p>
      <w:r>
        <w:rPr>
          <w:b w:val="0"/>
          <w:sz w:val="22"/>
        </w:rPr>
        <w:t>19:00 - Diner</w:t>
      </w:r>
    </w:p>
    <w:p>
      <w:r>
        <w:rPr>
          <w:b w:val="0"/>
          <w:sz w:val="22"/>
        </w:rPr>
        <w:t>20:30 - Toespraken en prijsuitreiking</w:t>
      </w:r>
    </w:p>
    <w:p>
      <w:r>
        <w:rPr>
          <w:b w:val="0"/>
          <w:sz w:val="22"/>
        </w:rPr>
        <w:t>22:00 - Muziek en feest</w:t>
      </w:r>
    </w:p>
    <w:p/>
    <w:p>
      <w:r>
        <w:rPr>
          <w:b/>
          <w:sz w:val="22"/>
        </w:rPr>
        <w:t>Locatie:</w:t>
      </w:r>
    </w:p>
    <w:p>
      <w:r>
        <w:rPr>
          <w:b w:val="0"/>
          <w:sz w:val="22"/>
        </w:rPr>
        <w:t>Grand Hotel Amsterdam</w:t>
      </w:r>
    </w:p>
    <w:p>
      <w:r>
        <w:rPr>
          <w:b w:val="0"/>
          <w:sz w:val="22"/>
        </w:rPr>
        <w:t>Koninginneweg 123</w:t>
      </w:r>
    </w:p>
    <w:p>
      <w:r>
        <w:rPr>
          <w:b w:val="0"/>
          <w:sz w:val="22"/>
        </w:rPr>
        <w:t>1015 AA Amsterdam</w:t>
      </w:r>
    </w:p>
    <w:p/>
    <w:p>
      <w:r>
        <w:rPr>
          <w:b/>
          <w:sz w:val="22"/>
        </w:rPr>
        <w:t>Kledingvoorschrift:</w:t>
      </w:r>
    </w:p>
    <w:p>
      <w:r>
        <w:rPr>
          <w:b w:val="0"/>
          <w:sz w:val="22"/>
        </w:rPr>
        <w:t>Gala – formeel / avondkleding</w:t>
      </w:r>
    </w:p>
    <w:p/>
    <w:p>
      <w:r>
        <w:rPr>
          <w:b/>
          <w:sz w:val="22"/>
        </w:rPr>
        <w:t>RSVP:</w:t>
      </w:r>
    </w:p>
    <w:p>
      <w:r>
        <w:rPr>
          <w:b w:val="0"/>
          <w:sz w:val="22"/>
        </w:rPr>
        <w:t>Wij verzoeken u vriendelijk om uw aanwezigheid te bevestigen vóór ________________</w:t>
      </w:r>
    </w:p>
    <w:p/>
    <w:p/>
    <w:p>
      <w:r>
        <w:rPr>
          <w:b w:val="0"/>
          <w:sz w:val="22"/>
        </w:rPr>
        <w:t>Wij hopen u te mogen verwelkomen op deze feestelijke avond.</w:t>
      </w:r>
    </w:p>
    <w:p/>
    <w:p>
      <w:r>
        <w:rPr>
          <w:b w:val="0"/>
          <w:sz w:val="22"/>
        </w:rPr>
        <w:t>Met vriendelijke groet,</w:t>
      </w:r>
    </w:p>
    <w:p/>
    <w:p/>
    <w:p/>
    <w:p>
      <w:r>
        <w:rPr>
          <w:b w:val="0"/>
          <w:sz w:val="22"/>
        </w:rPr>
        <w:t>Naam organisator</w:t>
      </w:r>
    </w:p>
    <w:p>
      <w:r>
        <w:rPr>
          <w:b w:val="0"/>
          <w:sz w:val="22"/>
        </w:rPr>
        <w:t>Functie organisator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Organisator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Geadresseerde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https://briefklaar.com/gala-brief-voorbeeld/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gala-brief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