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KLACHTENBRIEF AAN TANDARTS</w:t>
      </w:r>
    </w:p>
    <w:p/>
    <w:p/>
    <w:p>
      <w:r>
        <w:rPr>
          <w:b/>
          <w:sz w:val="20"/>
        </w:rPr>
        <w:t>Aan:</w:t>
      </w:r>
    </w:p>
    <w:p>
      <w:r>
        <w:rPr>
          <w:b w:val="0"/>
          <w:sz w:val="20"/>
        </w:rPr>
        <w:t>Naam tandartspraktijk : ________________________________________________</w:t>
      </w:r>
    </w:p>
    <w:p>
      <w:r>
        <w:rPr>
          <w:b w:val="0"/>
          <w:sz w:val="20"/>
        </w:rPr>
        <w:t>T.a.v. de tandarts : ___________________________________________________</w:t>
      </w:r>
    </w:p>
    <w:p>
      <w:r>
        <w:rPr>
          <w:b w:val="0"/>
          <w:sz w:val="20"/>
        </w:rPr>
        <w:t>Adres praktijk : ________________________________________________________</w:t>
      </w:r>
    </w:p>
    <w:p>
      <w:r>
        <w:rPr>
          <w:b w:val="0"/>
          <w:sz w:val="20"/>
        </w:rPr>
        <w:t>Postcode en plaats : ____________________________________________________</w:t>
      </w:r>
    </w:p>
    <w:p/>
    <w:p/>
    <w:p>
      <w:r>
        <w:rPr>
          <w:b/>
          <w:sz w:val="20"/>
        </w:rPr>
        <w:t>Betreft: Klacht over de behandeling</w:t>
      </w:r>
    </w:p>
    <w:p/>
    <w:p>
      <w:r>
        <w:rPr>
          <w:b w:val="0"/>
          <w:sz w:val="20"/>
        </w:rPr>
        <w:t>Geachte heer/mevrouw,</w:t>
      </w:r>
    </w:p>
    <w:p/>
    <w:p>
      <w:r>
        <w:rPr>
          <w:b w:val="0"/>
          <w:sz w:val="20"/>
        </w:rPr>
        <w:t>Hierbij wil ik mijn klachten kenbaar maken over de behandeling die ik op datum __________ heb ontvangen in uw praktijk. Ik ben van mening dat de behandeling niet naar behoren is uitgevoerd en dat dit heeft geleid tot de volgende problemen:</w:t>
      </w:r>
    </w:p>
    <w:p/>
    <w:p>
      <w:r>
        <w:rPr>
          <w:b w:val="0"/>
          <w:sz w:val="20"/>
        </w:rPr>
        <w:t>1. _____________________________________________________________</w:t>
      </w:r>
    </w:p>
    <w:p>
      <w:r>
        <w:rPr>
          <w:b w:val="0"/>
          <w:sz w:val="20"/>
        </w:rPr>
        <w:t>2. _____________________________________________________________</w:t>
      </w:r>
    </w:p>
    <w:p>
      <w:r>
        <w:rPr>
          <w:b w:val="0"/>
          <w:sz w:val="20"/>
        </w:rPr>
        <w:t>3. _____________________________________________________________</w:t>
      </w:r>
    </w:p>
    <w:p/>
    <w:p>
      <w:r>
        <w:rPr>
          <w:b w:val="0"/>
          <w:sz w:val="20"/>
        </w:rPr>
        <w:t>De genoemde problemen hebben geleid tot de volgende gevolgen voor mij:</w:t>
      </w:r>
    </w:p>
    <w:p/>
    <w:p>
      <w:r>
        <w:rPr>
          <w:b w:val="0"/>
          <w:sz w:val="20"/>
        </w:rPr>
        <w:t>____________________________________________________________________</w:t>
      </w:r>
    </w:p>
    <w:p>
      <w:r>
        <w:rPr>
          <w:b w:val="0"/>
          <w:sz w:val="20"/>
        </w:rPr>
        <w:t>____________________________________________________________________</w:t>
      </w:r>
    </w:p>
    <w:p>
      <w:r>
        <w:rPr>
          <w:b w:val="0"/>
          <w:sz w:val="20"/>
        </w:rPr>
        <w:t>____________________________________________________________________</w:t>
      </w:r>
    </w:p>
    <w:p/>
    <w:p>
      <w:r>
        <w:rPr>
          <w:b w:val="0"/>
          <w:sz w:val="20"/>
        </w:rPr>
        <w:t>Ik verzoek u vriendelijk om binnen 14 dagen na dagtekening van deze brief contact met mij op te nemen om tot een passende oplossing te komen. Graag ontvang ik een schriftelijke reactie op mijn klacht.</w:t>
      </w:r>
    </w:p>
    <w:p/>
    <w:p>
      <w:r>
        <w:rPr>
          <w:b w:val="0"/>
          <w:sz w:val="20"/>
        </w:rPr>
        <w:t>Indien er geen reactie of oplossing volgt, zie ik mij genoodzaakt om de klacht voor te leggen aan de klachtencommissie van de KNMT en/of een andere bevoegde instantie.</w:t>
      </w:r>
    </w:p>
    <w:p/>
    <w:p/>
    <w:p>
      <w:r>
        <w:rPr>
          <w:b w:val="0"/>
          <w:sz w:val="20"/>
        </w:rPr>
        <w:t>Met vriendelijke groet,</w:t>
      </w:r>
    </w:p>
    <w:p/>
    <w:p/>
    <w:p/>
    <w:p>
      <w:r>
        <w:rPr>
          <w:b w:val="0"/>
          <w:sz w:val="20"/>
        </w:rPr>
        <w:t>Naam klager : _______________________________________________________</w:t>
      </w:r>
    </w:p>
    <w:p>
      <w:r>
        <w:rPr>
          <w:b w:val="0"/>
          <w:sz w:val="20"/>
        </w:rPr>
        <w:t>Adres : ______________________________________________________________</w:t>
      </w:r>
    </w:p>
    <w:p>
      <w:r>
        <w:rPr>
          <w:b w:val="0"/>
          <w:sz w:val="20"/>
        </w:rPr>
        <w:t>Postcode en plaats : __________________________________________________</w:t>
      </w:r>
    </w:p>
    <w:p>
      <w:r>
        <w:rPr>
          <w:b w:val="0"/>
          <w:sz w:val="20"/>
        </w:rPr>
        <w:t>Telefoonnummer : _____________________________________________________</w:t>
      </w:r>
    </w:p>
    <w:p>
      <w:r>
        <w:rPr>
          <w:b w:val="0"/>
          <w:sz w:val="20"/>
        </w:rPr>
        <w:t>E-mailadres : _________________________________________________________</w:t>
      </w:r>
    </w:p>
    <w:p/>
    <w:p/>
    <w:p>
      <w:r>
        <w:rPr>
          <w:b w:val="0"/>
          <w:sz w:val="20"/>
        </w:rPr>
        <w:t>Handtekening :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Klager</w:t>
            </w:r>
          </w:p>
        </w:tc>
        <w:tc>
          <w:tcPr>
            <w:tcW w:type="dxa" w:w="4986"/>
            <w:tcBorders>
              <w:top w:val="nil"/>
              <w:left w:val="nil"/>
              <w:bottom w:val="nil"/>
              <w:right w:val="nil"/>
              <w:insideH w:val="nil"/>
              <w:insideV w:val="nil"/>
            </w:tcBorders>
          </w:tcPr>
          <w:p>
            <w:pPr>
              <w:jc w:val="center"/>
            </w:pPr>
            <w:r>
              <w:t>Tandarts</w:t>
            </w:r>
          </w:p>
        </w:tc>
      </w:tr>
      <w:tr>
        <w:tc>
          <w:tcPr>
            <w:tcW w:type="dxa" w:w="4986"/>
            <w:tcBorders>
              <w:top w:val="nil"/>
              <w:left w:val="nil"/>
              <w:bottom w:val="nil"/>
              <w:right w:val="nil"/>
              <w:insideH w:val="nil"/>
              <w:insideV w:val="nil"/>
            </w:tcBorders>
          </w:tcPr>
          <w:p>
            <w:pPr>
              <w:jc w:val="center"/>
            </w:pPr>
            <w:r>
              <w:br/>
              <w:br/>
              <w:t>Handtekening: ________________________</w:t>
            </w:r>
          </w:p>
        </w:tc>
        <w:tc>
          <w:tcPr>
            <w:tcW w:type="dxa" w:w="4986"/>
            <w:tcBorders>
              <w:top w:val="nil"/>
              <w:left w:val="nil"/>
              <w:bottom w:val="nil"/>
              <w:right w:val="nil"/>
              <w:insideH w:val="nil"/>
              <w:insideV w:val="nil"/>
            </w:tcBorders>
          </w:tcPr>
          <w:p>
            <w:pPr>
              <w:jc w:val="center"/>
            </w:pPr>
            <w:r>
              <w:br/>
              <w:br/>
              <w:t>Handtekening: 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https://briefklaar.com/klachtenbrief-tandarts-voorbeeld/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klachtenbrief-tandarts-voorbeeld/"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