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LIEFDEBRIEF VOOR HEM</w:t>
      </w:r>
    </w:p>
    <w:p/>
    <w:p/>
    <w:p>
      <w:r>
        <w:rPr>
          <w:b w:val="0"/>
          <w:sz w:val="22"/>
        </w:rPr>
        <w:t>Mijn liefste,</w:t>
      </w:r>
    </w:p>
    <w:p/>
    <w:p>
      <w:r>
        <w:rPr>
          <w:b w:val="0"/>
          <w:sz w:val="22"/>
        </w:rPr>
        <w:t>Elke dag met jou is een geschenk dat mijn hart vult met vreugde en warmte. Jouw aanwezigheid in mijn leven maakt alles mooier en betekenisvoller.</w:t>
      </w:r>
    </w:p>
    <w:p/>
    <w:p>
      <w:r>
        <w:rPr>
          <w:b w:val="0"/>
          <w:sz w:val="22"/>
        </w:rPr>
        <w:t>Ik bewonder je om wie je bent: sterk, liefdevol, en geduldig. Je bent mijn steun en toeverlaat, mijn beste vriend en mijn grote liefde. Met jou wil ik alle mooie momenten delen en samen dromen waarmaken.</w:t>
      </w:r>
    </w:p>
    <w:p/>
    <w:p>
      <w:r>
        <w:rPr>
          <w:b w:val="0"/>
          <w:sz w:val="22"/>
        </w:rPr>
        <w:t>In jouw ogen vind ik rust en vertrouwen. Je lach verlicht mijn donkerste dagen, en jouw aanraking laat me voelen dat ik thuis ben, ongeacht waar we zijn.</w:t>
      </w:r>
    </w:p>
    <w:p/>
    <w:p>
      <w:r>
        <w:rPr>
          <w:b w:val="0"/>
          <w:sz w:val="22"/>
        </w:rPr>
        <w:t>Ik beloof je mijn liefde te koesteren, je te respecteren en altijd eerlijk te zijn. Samen kunnen we elke uitdaging aan, want onze liefde is sterker dan alles wat op ons pad komt.</w:t>
      </w:r>
    </w:p>
    <w:p/>
    <w:p>
      <w:r>
        <w:rPr>
          <w:b w:val="0"/>
          <w:sz w:val="22"/>
        </w:rPr>
        <w:t>Met heel mijn hart dank ik je dat jij in mijn leven bent. Ik kijk uit naar alle avonturen die nog komen gaan, hand in hand met jou.</w:t>
      </w:r>
    </w:p>
    <w:p/>
    <w:p/>
    <w:p>
      <w:pPr>
        <w:jc w:val="center"/>
      </w:pPr>
      <w:r>
        <w:rPr>
          <w:b w:val="0"/>
          <w:sz w:val="22"/>
        </w:rPr>
        <w:t>Voor altijd de jouwe,</w:t>
      </w:r>
    </w:p>
    <w:p/>
    <w:p/>
    <w:p/>
    <w:p>
      <w:pPr>
        <w:jc w:val="center"/>
      </w:pPr>
      <w:r>
        <w:rPr>
          <w:b w:val="0"/>
          <w:sz w:val="22"/>
        </w:rPr>
        <w:t>______________________________</w:t>
      </w:r>
    </w:p>
    <w:p>
      <w:pPr>
        <w:jc w:val="center"/>
      </w:pPr>
      <w:r>
        <w:rPr>
          <w:b w:val="0"/>
          <w:sz w:val="22"/>
        </w:rPr>
        <w:t>(Jouw Naam)</w:t>
      </w:r>
    </w:p>
    <w:p/>
    <w:p/>
    <w:tbl>
      <w:tblPr>
        <w:tblW w:type="auto" w:w="0"/>
        <w:tblLayout w:type="autofit"/>
        <w:tblLook w:firstColumn="1" w:firstRow="1" w:lastColumn="0" w:lastRow="0" w:noHBand="0" w:noVBand="1" w:val="04A0"/>
      </w:tblPr>
      <w:tblGrid>
        <w:gridCol w:w="4986"/>
        <w:gridCol w:w="4986"/>
      </w:tblGrid>
      <w:tr>
        <w:tc>
          <w:tcPr>
            <w:tcW w:type="dxa" w:w="4986"/>
            <w:tcBorders>
              <w:top w:val="nil"/>
              <w:left w:val="nil"/>
              <w:bottom w:val="nil"/>
              <w:right w:val="nil"/>
              <w:insideH w:val="nil"/>
              <w:insideV w:val="nil"/>
            </w:tcBorders>
          </w:tcPr>
          <w:p>
            <w:pPr>
              <w:jc w:val="left"/>
            </w:pPr>
            <w:r>
              <w:t>Plaats : ____________________________</w:t>
            </w:r>
          </w:p>
        </w:tc>
        <w:tc>
          <w:tcPr>
            <w:tcW w:type="dxa" w:w="4986"/>
            <w:tcBorders>
              <w:top w:val="nil"/>
              <w:left w:val="nil"/>
              <w:bottom w:val="nil"/>
              <w:right w:val="nil"/>
              <w:insideH w:val="nil"/>
              <w:insideV w:val="nil"/>
            </w:tcBorders>
          </w:tcPr>
          <w:p>
            <w:pPr>
              <w:jc w:val="left"/>
            </w:pPr>
            <w:r>
              <w:t>Handtekening : ______________________</w:t>
            </w:r>
          </w:p>
        </w:tc>
      </w:tr>
    </w:tbl>
    <w:p>
      <w:r>
        <w:br w:type="page"/>
      </w:r>
    </w:p>
    <w:p>
      <w:pPr>
        <w:jc w:val="center"/>
      </w:pPr>
      <w:r>
        <w:rPr>
          <w:color w:val="555555"/>
          <w:sz w:val="24"/>
        </w:rPr>
        <w:t>Oorspronkelijke bron van dit document:</w:t>
      </w:r>
    </w:p>
    <w:p>
      <w:pPr>
        <w:jc w:val="center"/>
      </w:pPr>
      <w:hyperlink r:id="rId9">
        <w:r>
          <w:rPr>
            <w:color w:val="0000FF"/>
            <w:u w:val="single"/>
          </w:rPr>
          <w:t>https://briefklaar.com/liefdesbrief-voor-hem/</w:t>
        </w:r>
      </w:hyperlink>
    </w:p>
    <w:p>
      <w:pPr>
        <w:jc w:val="center"/>
      </w:pPr>
      <w:r>
        <w:rPr>
          <w:color w:val="555555"/>
          <w:sz w:val="26"/>
        </w:rPr>
        <w:t>Was dit voorbeeld nuttig voor jou?</w:t>
      </w:r>
    </w:p>
    <w:p>
      <w:pPr>
        <w:jc w:val="center"/>
      </w:pPr>
      <w:r>
        <w:rPr>
          <w:color w:val="555555"/>
          <w:sz w:val="26"/>
        </w:rPr>
        <w:t>Vind andere bijgewerkte voorbeelden op de website:</w:t>
      </w:r>
    </w:p>
    <w:p>
      <w:pPr>
        <w:jc w:val="center"/>
      </w:pPr>
      <w:hyperlink r:id="rId10">
        <w:r>
          <w:rPr>
            <w:color w:val="0000FF"/>
            <w:u w:val="single"/>
          </w:rPr>
          <w:t>https://briefklaar.com</w:t>
        </w:r>
      </w:hyperlink>
    </w:p>
    <w:p>
      <w:pPr>
        <w:jc w:val="center"/>
      </w:pPr>
      <w:r>
        <w:rPr>
          <w:color w:val="808080"/>
          <w:sz w:val="20"/>
        </w:rPr>
        <w:t>Dit voorbeeld is uitsluitend bedoeld voor persoonlijk en niet-commercieel gebruik.</w:t>
        <w:br/>
        <w:t>Elke verspreiding of publicatie moet de bron vermelden. © briefklaar.com</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riefklaar.com/liefdesbrief-voor-hem/" TargetMode="External"/><Relationship Id="rId10" Type="http://schemas.openxmlformats.org/officeDocument/2006/relationships/hyperlink" Target="https://briefkla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