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ONDERSTEUNINGSBRIEF</w:t>
      </w:r>
    </w:p>
    <w:p/>
    <w:p/>
    <w:p>
      <w:r>
        <w:rPr>
          <w:b/>
          <w:sz w:val="22"/>
        </w:rPr>
        <w:t>Gegevens van de Afzender:</w:t>
      </w:r>
    </w:p>
    <w:p>
      <w:r>
        <w:rPr>
          <w:b w:val="0"/>
          <w:sz w:val="22"/>
        </w:rPr>
        <w:t>Naam / Organisatie : _________________________________________________</w:t>
      </w:r>
    </w:p>
    <w:p>
      <w:r>
        <w:rPr>
          <w:b w:val="0"/>
          <w:sz w:val="22"/>
        </w:rPr>
        <w:t>Adres : _______________________________________________________________</w:t>
      </w:r>
    </w:p>
    <w:p>
      <w:r>
        <w:rPr>
          <w:b w:val="0"/>
          <w:sz w:val="22"/>
        </w:rPr>
        <w:t>Postcode en Plaats : ___________________________________________________</w:t>
      </w:r>
    </w:p>
    <w:p>
      <w:r>
        <w:rPr>
          <w:b w:val="0"/>
          <w:sz w:val="22"/>
        </w:rPr>
        <w:t>Telefoonnummer : _______________________________________________________</w:t>
      </w:r>
    </w:p>
    <w:p>
      <w:r>
        <w:rPr>
          <w:b w:val="0"/>
          <w:sz w:val="22"/>
        </w:rPr>
        <w:t>E-mailadres : __________________________________________________________</w:t>
      </w:r>
    </w:p>
    <w:p/>
    <w:p/>
    <w:p>
      <w:r>
        <w:rPr>
          <w:b/>
          <w:sz w:val="22"/>
        </w:rPr>
        <w:t>Gegevens van de Ontvanger:</w:t>
      </w:r>
    </w:p>
    <w:p>
      <w:r>
        <w:rPr>
          <w:b w:val="0"/>
          <w:sz w:val="22"/>
        </w:rPr>
        <w:t>Naam : ________________________________________________________________</w:t>
      </w:r>
    </w:p>
    <w:p>
      <w:r>
        <w:rPr>
          <w:b w:val="0"/>
          <w:sz w:val="22"/>
        </w:rPr>
        <w:t>Functie : ______________________________________________________________</w:t>
      </w:r>
    </w:p>
    <w:p>
      <w:r>
        <w:rPr>
          <w:b w:val="0"/>
          <w:sz w:val="22"/>
        </w:rPr>
        <w:t>Organisatie : __________________________________________________________</w:t>
      </w:r>
    </w:p>
    <w:p>
      <w:r>
        <w:rPr>
          <w:b w:val="0"/>
          <w:sz w:val="22"/>
        </w:rPr>
        <w:t>Adres : _______________________________________________________________</w:t>
      </w:r>
    </w:p>
    <w:p>
      <w:r>
        <w:rPr>
          <w:b w:val="0"/>
          <w:sz w:val="22"/>
        </w:rPr>
        <w:t>Postcode en Plaats : ___________________________________________________</w:t>
      </w:r>
    </w:p>
    <w:p/>
    <w:p/>
    <w:p>
      <w:r>
        <w:rPr>
          <w:b/>
          <w:sz w:val="22"/>
        </w:rPr>
        <w:t>Betreft: Ondersteuning en samenwerking</w:t>
      </w:r>
    </w:p>
    <w:p/>
    <w:p>
      <w:r>
        <w:rPr>
          <w:b w:val="0"/>
          <w:sz w:val="22"/>
        </w:rPr>
        <w:t>Geachte heer/mevrouw,</w:t>
      </w:r>
    </w:p>
    <w:p/>
    <w:p>
      <w:r>
        <w:rPr>
          <w:b w:val="0"/>
          <w:sz w:val="22"/>
        </w:rPr>
        <w:t>Hierbij willen wij onze ondersteuning aanbieden met betrekking tot de onderwerpen en werkzaamheden die voor uw organisatie van belang zijn. Wij stellen het op prijs om samen te werken en willen graag onze deskundige inzet beschikbaar stellen om de doelstellingen op een effectieve en efficiënte wijze te realiseren.</w:t>
      </w:r>
    </w:p>
    <w:p/>
    <w:p>
      <w:r>
        <w:rPr>
          <w:b w:val="0"/>
          <w:sz w:val="22"/>
        </w:rPr>
        <w:t>Wij zijn beschikbaar voor overleg, advies en uitvoering van de afgesproken activiteiten, uiteraard binnen de geldende wet- en regelgeving en met respect voor de belangen van alle betrokken partijen.</w:t>
      </w:r>
    </w:p>
    <w:p/>
    <w:p>
      <w:r>
        <w:rPr>
          <w:b w:val="0"/>
          <w:sz w:val="22"/>
        </w:rPr>
        <w:t>Indien gewenst, kunnen wij een nader voorstel uitwerken waarin de specifieke ondersteuning, planning en verantwoordelijkheden duidelijk worden omschreven.</w:t>
      </w:r>
    </w:p>
    <w:p/>
    <w:p/>
    <w:p>
      <w:r>
        <w:rPr>
          <w:b w:val="0"/>
          <w:sz w:val="22"/>
        </w:rPr>
        <w:t>Wij vertrouwen erop u hiermee voldoende te hebben geïnformeerd en zien uit naar een constructieve samenwerking.</w:t>
      </w:r>
    </w:p>
    <w:p/>
    <w:p/>
    <w:p>
      <w:r>
        <w:rPr>
          <w:b w:val="0"/>
          <w:sz w:val="22"/>
        </w:rPr>
        <w:t>Met vriendelijke groet,</w:t>
      </w:r>
    </w:p>
    <w:p/>
    <w:p/>
    <w:p/>
    <w:p/>
    <w:p>
      <w:r>
        <w:rPr>
          <w:b w:val="0"/>
          <w:sz w:val="22"/>
        </w:rPr>
        <w:t>Naam : ________________________________________________________________</w:t>
      </w:r>
    </w:p>
    <w:p>
      <w:r>
        <w:rPr>
          <w:b w:val="0"/>
          <w:sz w:val="22"/>
        </w:rPr>
        <w:t>Functie : 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Afzender</w:t>
            </w:r>
          </w:p>
        </w:tc>
        <w:tc>
          <w:tcPr>
            <w:tcW w:type="dxa" w:w="4986"/>
            <w:tcBorders>
              <w:top w:val="nil"/>
              <w:left w:val="nil"/>
              <w:bottom w:val="nil"/>
              <w:right w:val="nil"/>
              <w:insideH w:val="nil"/>
              <w:insideV w:val="nil"/>
            </w:tcBorders>
          </w:tcPr>
          <w:p>
            <w:pPr>
              <w:jc w:val="center"/>
            </w:pPr>
            <w:r>
              <w:t>Ontvanger</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https://briefklaar.com/ondersteuningsbrief-voorbeeld/</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ondersteuningsbrief-voorbeeld/"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