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ONTSLAGBRIEF</w:t>
      </w:r>
    </w:p>
    <w:p/>
    <w:p/>
    <w:p>
      <w:r>
        <w:rPr>
          <w:b/>
          <w:sz w:val="20"/>
        </w:rPr>
        <w:t>Gegevens werknemer:</w:t>
      </w:r>
    </w:p>
    <w:p>
      <w:r>
        <w:rPr>
          <w:b w:val="0"/>
          <w:sz w:val="20"/>
        </w:rPr>
        <w:t>Naam: ______________________________________________________________</w:t>
      </w:r>
    </w:p>
    <w:p>
      <w:r>
        <w:rPr>
          <w:b w:val="0"/>
          <w:sz w:val="20"/>
        </w:rPr>
        <w:t>Adres: ______________________________________________________________</w:t>
      </w:r>
    </w:p>
    <w:p>
      <w:r>
        <w:rPr>
          <w:b w:val="0"/>
          <w:sz w:val="20"/>
        </w:rPr>
        <w:t>Postcode en woonplaats: ______________________________________________</w:t>
      </w:r>
    </w:p>
    <w:p/>
    <w:p/>
    <w:p>
      <w:r>
        <w:rPr>
          <w:b/>
          <w:sz w:val="20"/>
        </w:rPr>
        <w:t>Gegevens werkgever:</w:t>
      </w:r>
    </w:p>
    <w:p>
      <w:r>
        <w:rPr>
          <w:b w:val="0"/>
          <w:sz w:val="20"/>
        </w:rPr>
        <w:t>Bedrijfsnaam: _______________________________________________________</w:t>
      </w:r>
    </w:p>
    <w:p>
      <w:r>
        <w:rPr>
          <w:b w:val="0"/>
          <w:sz w:val="20"/>
        </w:rPr>
        <w:t>Adres: ______________________________________________________________</w:t>
      </w:r>
    </w:p>
    <w:p>
      <w:r>
        <w:rPr>
          <w:b w:val="0"/>
          <w:sz w:val="20"/>
        </w:rPr>
        <w:t>Postcode en plaats: _________________________________________________</w:t>
      </w:r>
    </w:p>
    <w:p/>
    <w:p/>
    <w:p>
      <w:r>
        <w:rPr>
          <w:b/>
          <w:sz w:val="20"/>
        </w:rPr>
        <w:t>Betreft: Ontslagverlening</w:t>
      </w:r>
    </w:p>
    <w:p/>
    <w:p>
      <w:r>
        <w:rPr>
          <w:b w:val="0"/>
          <w:sz w:val="20"/>
        </w:rPr>
        <w:t>Geachte heer/mevrouw,</w:t>
      </w:r>
    </w:p>
    <w:p/>
    <w:p>
      <w:r>
        <w:rPr>
          <w:b w:val="0"/>
          <w:sz w:val="20"/>
        </w:rPr>
        <w:t>Hierbij deel ik u mede dat ik mijn arbeidsovereenkomst met ingang van _______________ beëindig. Ik houd me aan de geldende opzegtermijn zoals vastgelegd in mijn arbeidsovereenkomst en de geldende wet- en regelgeving.</w:t>
      </w:r>
    </w:p>
    <w:p/>
    <w:p>
      <w:r>
        <w:rPr>
          <w:b/>
          <w:sz w:val="20"/>
        </w:rPr>
        <w:t>Vakantiedagen:</w:t>
      </w:r>
    </w:p>
    <w:p>
      <w:r>
        <w:rPr>
          <w:b w:val="0"/>
          <w:sz w:val="20"/>
        </w:rPr>
        <w:t>Ik verzoek u vriendelijk om de openstaande vakantiedagen als volgt op te nemen of uit te betalen:</w:t>
      </w:r>
    </w:p>
    <w:p>
      <w:r>
        <w:rPr>
          <w:b w:val="0"/>
          <w:sz w:val="20"/>
        </w:rPr>
        <w:t>- Aantal openstaande vakantiedagen: ______dagen</w:t>
      </w:r>
    </w:p>
    <w:p>
      <w:r>
        <w:rPr>
          <w:b w:val="0"/>
          <w:sz w:val="20"/>
        </w:rPr>
        <w:t>- Voorkeur voor opname van vakantiedagen: ____________________________________</w:t>
      </w:r>
    </w:p>
    <w:p>
      <w:r>
        <w:rPr>
          <w:b w:val="0"/>
          <w:sz w:val="20"/>
        </w:rPr>
        <w:t>Indien opname van vakantiedagen niet mogelijk is voor het einde van het dienstverband, verzoek ik om uitbetaling hiervan conform de CAO en wettelijke bepalingen.</w:t>
      </w:r>
    </w:p>
    <w:p/>
    <w:p>
      <w:r>
        <w:rPr>
          <w:b/>
          <w:sz w:val="20"/>
        </w:rPr>
        <w:t>Afhandeling en documenten:</w:t>
      </w:r>
    </w:p>
    <w:p>
      <w:r>
        <w:rPr>
          <w:b w:val="0"/>
          <w:sz w:val="20"/>
        </w:rPr>
        <w:t>Graag ontvang ik een schriftelijke bevestiging van de beëindiging van mijn arbeidsovereenkomst en een eindafrekening inclusief de eventuele uitbetaling van vakantiedagen, vakantietoeslag en andere openstaande vergoedingen.</w:t>
      </w:r>
    </w:p>
    <w:p/>
    <w:p>
      <w:r>
        <w:rPr>
          <w:b w:val="0"/>
          <w:sz w:val="20"/>
        </w:rPr>
        <w:t>Ik wil u bedanken voor de samenwerking en wens het bedrijf veel succes in de toekomst.</w:t>
      </w:r>
    </w:p>
    <w:p/>
    <w:p/>
    <w:p>
      <w:r>
        <w:rPr>
          <w:b w:val="0"/>
          <w:sz w:val="20"/>
        </w:rPr>
        <w:t>Plaats: ____________________________________________________________</w:t>
      </w:r>
    </w:p>
    <w:p>
      <w:r>
        <w:rPr>
          <w:b w:val="0"/>
          <w:sz w:val="20"/>
        </w:rPr>
        <w:t>Datum: _____________________________________________________________</w:t>
      </w:r>
    </w:p>
    <w:p/>
    <w:p/>
    <w:p>
      <w:r>
        <w:rPr>
          <w:b/>
          <w:sz w:val="20"/>
        </w:rPr>
        <w:t>Handtekening werknemer:</w:t>
      </w:r>
    </w:p>
    <w:p>
      <w:r>
        <w:rPr>
          <w:b w:val="0"/>
          <w:sz w:val="20"/>
        </w:rPr>
        <w:br/>
        <w:br/>
        <w:t>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Werknemer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Werkgever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https://briefklaar.com/ontslagbrief-voorbeeld-vakantiedagen-opnemen/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ontslagbrief-voorbeeld-vakantiedagen-opnemen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