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ONTSLAGBRIEF ZORG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deel ik u mede dat ik mijn arbeidsovereenkomst met betrekking tot mijn functie binnen de zorgsector beëindig. Deze beslissing neem ik na zorgvuldige overweging, met inachtneming van de geldende opzegtermijn en wettelijke bepalingen.</w:t>
      </w:r>
    </w:p>
    <w:p/>
    <w:p>
      <w:r>
        <w:rPr>
          <w:b/>
          <w:sz w:val="20"/>
        </w:rPr>
        <w:t>Persoonlijke gegevens werknemer: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________________________________________________</w:t>
      </w:r>
    </w:p>
    <w:p>
      <w:r>
        <w:rPr>
          <w:b w:val="0"/>
          <w:sz w:val="20"/>
        </w:rPr>
        <w:t>Functie : ______________________________________________________________</w:t>
      </w:r>
    </w:p>
    <w:p/>
    <w:p>
      <w:r>
        <w:rPr>
          <w:b/>
          <w:sz w:val="20"/>
        </w:rPr>
        <w:t>Gegevens werkgever:</w:t>
      </w:r>
    </w:p>
    <w:p>
      <w:r>
        <w:rPr>
          <w:b w:val="0"/>
          <w:sz w:val="20"/>
        </w:rPr>
        <w:t>Naam organisatie : _____________________________________________________</w:t>
      </w:r>
    </w:p>
    <w:p>
      <w:r>
        <w:rPr>
          <w:b w:val="0"/>
          <w:sz w:val="20"/>
        </w:rPr>
        <w:t>Afdeling : 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/>
    <w:p>
      <w:r>
        <w:rPr>
          <w:b/>
          <w:sz w:val="20"/>
        </w:rPr>
        <w:t>Beëindiging van het dienstverband:</w:t>
      </w:r>
    </w:p>
    <w:p>
      <w:r>
        <w:rPr>
          <w:b w:val="0"/>
          <w:sz w:val="20"/>
        </w:rPr>
        <w:t>Conform de geldende voorwaarden en wettelijke bepalingen beëindig ik hierbij mijn arbeidsovereenkomst. De laatste werkdag zal zijn op: ______________________________ (datum invullen door werknemer).</w:t>
      </w:r>
    </w:p>
    <w:p/>
    <w:p>
      <w:r>
        <w:rPr>
          <w:b/>
          <w:sz w:val="20"/>
        </w:rPr>
        <w:t>Reden van ontslag (optioneel):</w:t>
      </w:r>
    </w:p>
    <w:p>
      <w:r>
        <w:rPr>
          <w:b w:val="0"/>
          <w:sz w:val="20"/>
        </w:rPr>
        <w:t>_______________________________________________________________________________</w:t>
        <w:br/>
        <w:t>_______________________________________________________________________________</w:t>
        <w:br/>
        <w:t>_______________________________________________________________________________</w:t>
      </w:r>
    </w:p>
    <w:p/>
    <w:p>
      <w:r>
        <w:rPr>
          <w:b/>
          <w:sz w:val="20"/>
        </w:rPr>
        <w:t>Overdracht van werkzaamheden:</w:t>
      </w:r>
    </w:p>
    <w:p>
      <w:r>
        <w:rPr>
          <w:b w:val="0"/>
          <w:sz w:val="20"/>
        </w:rPr>
        <w:t>Ik zal zorgdragen voor een adequate overdracht van mijn werkzaamheden en taken, zodat de continuïteit van de zorg gewaarborgd blijft.</w:t>
      </w:r>
    </w:p>
    <w:p/>
    <w:p>
      <w:r>
        <w:rPr>
          <w:b w:val="0"/>
          <w:sz w:val="20"/>
        </w:rPr>
        <w:t>Ik wil u bedanken voor de samenwerking en de kansen die mij geboden zijn binnen deze organisatie.</w:t>
      </w:r>
    </w:p>
    <w:p/>
    <w:p/>
    <w:p>
      <w:r>
        <w:rPr>
          <w:b w:val="0"/>
          <w:sz w:val="20"/>
        </w:rPr>
        <w:t>Plaats,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https://briefklaar.com/ontslagbrief-zorg-voorbeeld/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ontslagbrief-zorg-voorbe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