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SCHENKINGSBRIEF</w:t>
      </w:r>
    </w:p>
    <w:p/>
    <w:p/>
    <w:p>
      <w:r>
        <w:rPr>
          <w:b/>
          <w:sz w:val="20"/>
        </w:rPr>
        <w:t>Gegevens van de Schenker:</w:t>
      </w:r>
    </w:p>
    <w:p>
      <w:r>
        <w:rPr>
          <w:b w:val="0"/>
          <w:sz w:val="20"/>
        </w:rPr>
        <w:t>Naam : __________________________________________________________</w:t>
      </w:r>
    </w:p>
    <w:p>
      <w:r>
        <w:rPr>
          <w:b w:val="0"/>
          <w:sz w:val="20"/>
        </w:rPr>
        <w:t>Adres : __________________________________________________________</w:t>
      </w:r>
    </w:p>
    <w:p>
      <w:r>
        <w:rPr>
          <w:b w:val="0"/>
          <w:sz w:val="20"/>
        </w:rPr>
        <w:t>Woonplaats : _____________________________________________________</w:t>
      </w:r>
    </w:p>
    <w:p/>
    <w:p>
      <w:r>
        <w:rPr>
          <w:b/>
          <w:sz w:val="20"/>
        </w:rPr>
        <w:t>Gegevens van de Begiftigde:</w:t>
      </w:r>
    </w:p>
    <w:p>
      <w:r>
        <w:rPr>
          <w:b w:val="0"/>
          <w:sz w:val="20"/>
        </w:rPr>
        <w:t>Naam : __________________________________________________________</w:t>
      </w:r>
    </w:p>
    <w:p>
      <w:r>
        <w:rPr>
          <w:b w:val="0"/>
          <w:sz w:val="20"/>
        </w:rPr>
        <w:t>Adres : __________________________________________________________</w:t>
      </w:r>
    </w:p>
    <w:p>
      <w:r>
        <w:rPr>
          <w:b w:val="0"/>
          <w:sz w:val="20"/>
        </w:rPr>
        <w:t>Woonplaats : _____________________________________________________</w:t>
      </w:r>
    </w:p>
    <w:p/>
    <w:p>
      <w:r>
        <w:rPr>
          <w:b w:val="0"/>
          <w:sz w:val="20"/>
        </w:rPr>
        <w:t>Hierbij verklaart de Schenker dat hij/zij aan bovenstaande Begiftigde de volgende schenking doet:</w:t>
      </w:r>
    </w:p>
    <w:p/>
    <w:p>
      <w:r>
        <w:rPr>
          <w:b/>
          <w:sz w:val="20"/>
        </w:rPr>
        <w:t>Omschrijving van de schenking: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/>
          <w:sz w:val="20"/>
        </w:rPr>
        <w:t>Eventuele voorwaarden verbonden aan de schenking: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>
      <w:r>
        <w:rPr>
          <w:b w:val="0"/>
          <w:sz w:val="20"/>
        </w:rPr>
        <w:t>______________________________________________________________</w:t>
      </w:r>
    </w:p>
    <w:p/>
    <w:p>
      <w:r>
        <w:rPr>
          <w:b w:val="0"/>
          <w:sz w:val="20"/>
        </w:rPr>
        <w:t>De Schenker verklaart dat hij/zij de schenking vrijwillig en zonder dwang doet.</w:t>
      </w:r>
    </w:p>
    <w:p>
      <w:r>
        <w:rPr>
          <w:b w:val="0"/>
          <w:sz w:val="20"/>
        </w:rPr>
        <w:t>De Begiftigde verklaart de schenking te aanvaarden onder de genoemde voorwaarden.</w:t>
      </w:r>
    </w:p>
    <w:p/>
    <w:p/>
    <w:p>
      <w:r>
        <w:rPr>
          <w:b w:val="0"/>
          <w:sz w:val="20"/>
        </w:rPr>
        <w:t>Deze schenking wordt gedaan overeenkomstig het Nederlandse recht.</w:t>
      </w:r>
    </w:p>
    <w:p>
      <w:r>
        <w:rPr>
          <w:b w:val="0"/>
          <w:sz w:val="20"/>
        </w:rPr>
        <w:t>Eventuele geschillen voortvloeiend uit deze schenking zullen worden voorgelegd aan de bevoegde rechtbank.</w:t>
      </w:r>
    </w:p>
    <w:p/>
    <w:p/>
    <w:p/>
    <w:p>
      <w:r>
        <w:rPr>
          <w:b w:val="0"/>
          <w:sz w:val="20"/>
        </w:rPr>
        <w:t>Plaats : __________________________________________________________</w:t>
      </w:r>
    </w:p>
    <w:p>
      <w:r>
        <w:rPr>
          <w:b w:val="0"/>
          <w:sz w:val="20"/>
        </w:rPr>
        <w:t>Datum : __________________________________________________________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SCHENKER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BEGIFTIGDE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https://briefklaar.com/schenkingsbrief-voorbeeld/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schenkingsbrief-voorbee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