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0"/>
        </w:rPr>
        <w:t>Naam Sollicitant</w:t>
      </w:r>
    </w:p>
    <w:p>
      <w:r>
        <w:rPr>
          <w:b w:val="0"/>
          <w:sz w:val="20"/>
        </w:rPr>
        <w:t>Straatnaam 123</w:t>
      </w:r>
    </w:p>
    <w:p>
      <w:r>
        <w:rPr>
          <w:b w:val="0"/>
          <w:sz w:val="20"/>
        </w:rPr>
        <w:t>1234 AB Plaatsnaam</w:t>
      </w:r>
    </w:p>
    <w:p>
      <w:r>
        <w:rPr>
          <w:b w:val="0"/>
          <w:sz w:val="20"/>
        </w:rPr>
        <w:t>E-mail: naam@example.com</w:t>
      </w:r>
    </w:p>
    <w:p>
      <w:r>
        <w:rPr>
          <w:b w:val="0"/>
          <w:sz w:val="20"/>
        </w:rPr>
        <w:t>Telefoon: 06-12345678</w:t>
      </w:r>
    </w:p>
    <w:p/>
    <w:p/>
    <w:p>
      <w:r>
        <w:rPr>
          <w:b/>
          <w:sz w:val="20"/>
        </w:rPr>
        <w:t>Naam Bedrijf</w:t>
      </w:r>
    </w:p>
    <w:p>
      <w:r>
        <w:rPr>
          <w:b w:val="0"/>
          <w:sz w:val="20"/>
        </w:rPr>
        <w:t>Afdeling HR / Contactpersoon</w:t>
      </w:r>
    </w:p>
    <w:p>
      <w:r>
        <w:rPr>
          <w:b w:val="0"/>
          <w:sz w:val="20"/>
        </w:rPr>
        <w:t>Straatnaam 45</w:t>
      </w:r>
    </w:p>
    <w:p>
      <w:r>
        <w:rPr>
          <w:b w:val="0"/>
          <w:sz w:val="20"/>
        </w:rPr>
        <w:t>5678 CD Plaatsnaam</w:t>
      </w:r>
    </w:p>
    <w:p/>
    <w:p/>
    <w:p>
      <w:r>
        <w:rPr>
          <w:b/>
          <w:sz w:val="20"/>
        </w:rPr>
        <w:t>Betreft: Sollicitatie Coordinator</w:t>
      </w:r>
    </w:p>
    <w:p/>
    <w:p/>
    <w:p>
      <w:r>
        <w:rPr>
          <w:b w:val="0"/>
          <w:sz w:val="20"/>
        </w:rPr>
        <w:t>Geachte heer/mevrouw,</w:t>
      </w:r>
    </w:p>
    <w:p/>
    <w:p>
      <w:r>
        <w:rPr>
          <w:b w:val="0"/>
          <w:sz w:val="20"/>
        </w:rPr>
        <w:t>Met grote interesse las ik de vacature voor Coordinator binnen uw organisatie. Graag wil ik mijn motivatie en relevante ervaring toelichten om mijn enthousiasme voor deze functie kenbaar te maken.</w:t>
      </w:r>
    </w:p>
    <w:p/>
    <w:p>
      <w:r>
        <w:rPr>
          <w:b w:val="0"/>
          <w:sz w:val="20"/>
        </w:rPr>
        <w:t>In mijn vorige functies heb ik ruime ervaring opgedaan in het coördineren van projecten en het aansturen van teams. Mijn organisatorische vaardigheden, gecombineerd met mijn communicatieve kwaliteiten, stellen mij in staat om werkzaamheden efficiënt en gestructureerd te laten verlopen.</w:t>
      </w:r>
    </w:p>
    <w:p/>
    <w:p>
      <w:r>
        <w:rPr>
          <w:b w:val="0"/>
          <w:sz w:val="20"/>
        </w:rPr>
        <w:t>Daarnaast beschik ik over een proactieve houding en een groot verantwoordelijkheidsgevoel, wat essentieel is voor een succesvolle coördinator. Ik ben gewend om onder druk nauwkeurig te werken en verschillende belangen te verenigen.</w:t>
      </w:r>
    </w:p>
    <w:p/>
    <w:p>
      <w:r>
        <w:rPr>
          <w:b w:val="0"/>
          <w:sz w:val="20"/>
        </w:rPr>
        <w:t>Uw organisatie spreekt mij bijzonder aan vanwege de innovatieve aanpak en de duidelijke focus op duurzame groei. Ik ben ervan overtuigd dat mijn ervaring en persoonlijke kwaliteiten goed aansluiten bij de cultuur en doelstellingen van uw bedrijf.</w:t>
      </w:r>
    </w:p>
    <w:p/>
    <w:p>
      <w:r>
        <w:rPr>
          <w:b w:val="0"/>
          <w:sz w:val="20"/>
        </w:rPr>
        <w:t>Graag licht ik mijn motivatie en achtergrond in een persoonlijk gesprek nader toe. Ik zie uit naar uw reactie en dank u bij voorbaat voor de aandacht die u aan mijn sollicitatie besteedt.</w:t>
      </w:r>
    </w:p>
    <w:p/>
    <w:p/>
    <w:p>
      <w:r>
        <w:rPr>
          <w:b w:val="0"/>
          <w:sz w:val="20"/>
        </w:rPr>
        <w:t>Met vriendelijke groet,</w:t>
      </w:r>
    </w:p>
    <w:p/>
    <w:p/>
    <w:p/>
    <w:p>
      <w:r>
        <w:rPr>
          <w:b/>
          <w:sz w:val="20"/>
        </w:rPr>
        <w:t>Naam Sollicitant</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Sollicitant</w:t>
            </w:r>
          </w:p>
        </w:tc>
        <w:tc>
          <w:tcPr>
            <w:tcW w:type="dxa" w:w="4986"/>
            <w:tcBorders>
              <w:top w:val="nil"/>
              <w:left w:val="nil"/>
              <w:bottom w:val="nil"/>
              <w:right w:val="nil"/>
              <w:insideH w:val="nil"/>
              <w:insideV w:val="nil"/>
            </w:tcBorders>
          </w:tcPr>
          <w:p>
            <w:pPr>
              <w:jc w:val="center"/>
            </w:pPr>
            <w:r>
              <w:t>Ontvanger</w:t>
            </w:r>
          </w:p>
        </w:tc>
      </w:tr>
      <w:tr>
        <w:tc>
          <w:tcPr>
            <w:tcW w:type="dxa" w:w="4986"/>
            <w:tcBorders>
              <w:top w:val="nil"/>
              <w:left w:val="nil"/>
              <w:bottom w:val="nil"/>
              <w:right w:val="nil"/>
              <w:insideH w:val="nil"/>
              <w:insideV w:val="nil"/>
            </w:tcBorders>
          </w:tcPr>
          <w:p>
            <w:pPr>
              <w:jc w:val="center"/>
            </w:pPr>
            <w:r>
              <w:br/>
              <w:br/>
              <w:t>Handtekening: _________________________</w:t>
            </w:r>
          </w:p>
        </w:tc>
        <w:tc>
          <w:tcPr>
            <w:tcW w:type="dxa" w:w="4986"/>
            <w:tcBorders>
              <w:top w:val="nil"/>
              <w:left w:val="nil"/>
              <w:bottom w:val="nil"/>
              <w:right w:val="nil"/>
              <w:insideH w:val="nil"/>
              <w:insideV w:val="nil"/>
            </w:tcBorders>
          </w:tcPr>
          <w:p>
            <w:pPr>
              <w:jc w:val="center"/>
            </w:pPr>
            <w:r>
              <w:br/>
              <w:br/>
              <w:t>Handtekening: 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https://briefklaar.com/sollicitatiebrief-coordinator/</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https://briefklaar.com</w:t>
        </w:r>
      </w:hyperlink>
    </w:p>
    <w:p>
      <w:pPr>
        <w:jc w:val="center"/>
      </w:pPr>
      <w:r>
        <w:rPr>
          <w:color w:val="808080"/>
          <w:sz w:val="20"/>
        </w:rPr>
        <w:t>Dit voorbeeld is uitsluitend bedoeld voor persoonlijk en niet-commercieel gebruik.</w:t>
        <w:br/>
        <w:t>Elke verspreiding of publicatie moet de bron vermelden. © briefklaar.com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riefklaar.com/sollicitatiebrief-coordinator/" TargetMode="External"/><Relationship Id="rId10" Type="http://schemas.openxmlformats.org/officeDocument/2006/relationships/hyperlink" Target="https://briefkla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