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VERKLARING</w:t>
      </w:r>
    </w:p>
    <w:p/>
    <w:p/>
    <w:p>
      <w:r>
        <w:rPr>
          <w:b/>
          <w:sz w:val="22"/>
        </w:rPr>
        <w:t>Hierbij verklaart ondergetekende het volgende:</w:t>
      </w:r>
    </w:p>
    <w:p/>
    <w:p>
      <w:r>
        <w:rPr>
          <w:b w:val="0"/>
          <w:sz w:val="22"/>
        </w:rPr>
        <w:t>Naam : _____________________________________________________________</w:t>
      </w:r>
    </w:p>
    <w:p>
      <w:r>
        <w:rPr>
          <w:b w:val="0"/>
          <w:sz w:val="22"/>
        </w:rPr>
        <w:t>Adres : _____________________________________________________________</w:t>
      </w:r>
    </w:p>
    <w:p>
      <w:r>
        <w:rPr>
          <w:b w:val="0"/>
          <w:sz w:val="22"/>
        </w:rPr>
        <w:t>Geboortedatum : _____________________________________________________</w:t>
      </w:r>
    </w:p>
    <w:p>
      <w:r>
        <w:rPr>
          <w:b w:val="0"/>
          <w:sz w:val="22"/>
        </w:rPr>
        <w:t>Burgerservicenummer (BSN) : __________________________________________</w:t>
      </w:r>
    </w:p>
    <w:p/>
    <w:p>
      <w:r>
        <w:rPr>
          <w:b w:val="0"/>
          <w:sz w:val="22"/>
        </w:rPr>
        <w:t>Ondergetekende verklaart dat de hierboven vermelde gegevens naar waarheid zijn ingevuld en volledig zijn.</w:t>
      </w:r>
    </w:p>
    <w:p/>
    <w:p>
      <w:r>
        <w:rPr>
          <w:b w:val="0"/>
          <w:sz w:val="22"/>
        </w:rPr>
        <w:t>Deze verklaring wordt afgegeven ten behoeve van 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 w:val="0"/>
          <w:sz w:val="22"/>
        </w:rPr>
        <w:t>Ondergetekende is bekend met de gevolgen van het afleggen van een onjuiste verklaring, waaronder strafrechtelijke vervolging wegens het doen van valse verklaringen.</w:t>
      </w:r>
    </w:p>
    <w:p/>
    <w:p/>
    <w:p>
      <w:r>
        <w:rPr>
          <w:b w:val="0"/>
          <w:sz w:val="22"/>
        </w:rPr>
        <w:t>Plaats : _____________________________________________________________</w:t>
      </w:r>
    </w:p>
    <w:p>
      <w:r>
        <w:rPr>
          <w:b w:val="0"/>
          <w:sz w:val="22"/>
        </w:rPr>
        <w:t>Datum : 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Handtekening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Naam : 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https://briefklaar.com/verklaring-voorbeeld-brief/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erklaring-voorbeeld-brief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