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VERWIJSBRIEF KAAKCHIRURG</w:t>
      </w:r>
    </w:p>
    <w:p/>
    <w:p/>
    <w:p>
      <w:r>
        <w:rPr>
          <w:b/>
          <w:sz w:val="20"/>
        </w:rPr>
        <w:t>Gegevens Verwijzer:</w:t>
      </w:r>
    </w:p>
    <w:p>
      <w:r>
        <w:rPr>
          <w:b w:val="0"/>
          <w:sz w:val="20"/>
        </w:rPr>
        <w:t>Naam huisarts / tandarts : ________________________________________________</w:t>
      </w:r>
    </w:p>
    <w:p>
      <w:r>
        <w:rPr>
          <w:b w:val="0"/>
          <w:sz w:val="20"/>
        </w:rPr>
        <w:t>Adres praktijk : 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____________________________________________________________</w:t>
      </w:r>
    </w:p>
    <w:p/>
    <w:p>
      <w:r>
        <w:rPr>
          <w:b/>
          <w:sz w:val="20"/>
        </w:rPr>
        <w:t>Gegevens Patiënt:</w:t>
      </w:r>
    </w:p>
    <w:p>
      <w:r>
        <w:rPr>
          <w:b w:val="0"/>
          <w:sz w:val="20"/>
        </w:rPr>
        <w:t>Naam : _________________________________________________________________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_________________________________________________________</w:t>
      </w:r>
    </w:p>
    <w:p>
      <w:r>
        <w:rPr>
          <w:b w:val="0"/>
          <w:sz w:val="20"/>
        </w:rPr>
        <w:t>Verzekeringsnummer : ____________________________________________________</w:t>
      </w:r>
    </w:p>
    <w:p/>
    <w:p>
      <w:r>
        <w:rPr>
          <w:b/>
          <w:sz w:val="20"/>
        </w:rPr>
        <w:t>Verwijzing voor kaakchirurgische behandeling:</w:t>
      </w:r>
    </w:p>
    <w:p>
      <w:r>
        <w:rPr>
          <w:b w:val="0"/>
          <w:sz w:val="20"/>
        </w:rPr>
        <w:t>Diagnose / indicatie : ____________________________________________________</w:t>
      </w:r>
    </w:p>
    <w:p>
      <w:r>
        <w:rPr>
          <w:b w:val="0"/>
          <w:sz w:val="20"/>
        </w:rPr>
        <w:t>Reden van verwijzing : ___________________________________________________</w:t>
      </w:r>
    </w:p>
    <w:p>
      <w:r>
        <w:rPr>
          <w:b w:val="0"/>
          <w:sz w:val="20"/>
        </w:rPr>
        <w:t>Belangrijke medische voorgeschiedenis / medicatie : _________________________</w:t>
      </w:r>
    </w:p>
    <w:p>
      <w:r>
        <w:rPr>
          <w:b w:val="0"/>
          <w:sz w:val="20"/>
        </w:rPr>
        <w:t>Bijzonderheden / opmerkingen : _____________________________________________</w:t>
      </w:r>
    </w:p>
    <w:p/>
    <w:p>
      <w:r>
        <w:rPr>
          <w:b/>
          <w:sz w:val="20"/>
        </w:rPr>
        <w:t>Aanvullende onderzoeksgegevens en bijlagen:</w:t>
      </w:r>
    </w:p>
    <w:p>
      <w:r>
        <w:rPr>
          <w:b w:val="0"/>
          <w:sz w:val="20"/>
        </w:rPr>
        <w:t>Röntgenfoto's meegestuurd: □ Ja   □ Nee</w:t>
      </w:r>
    </w:p>
    <w:p>
      <w:r>
        <w:rPr>
          <w:b w:val="0"/>
          <w:sz w:val="20"/>
        </w:rPr>
        <w:t>Andere documenten: ________________________________________________________</w:t>
      </w:r>
    </w:p>
    <w:p/>
    <w:p>
      <w:r>
        <w:rPr>
          <w:b/>
          <w:sz w:val="20"/>
        </w:rPr>
        <w:t>Verzoek aan kaakchirurg:</w:t>
      </w:r>
    </w:p>
    <w:p>
      <w:r>
        <w:rPr>
          <w:b w:val="0"/>
          <w:sz w:val="20"/>
        </w:rPr>
        <w:t>Uitvoeren van noodzakelijke diagnostiek en behandeling conform de geldende richtlijnen.</w:t>
      </w:r>
    </w:p>
    <w:p>
      <w:r>
        <w:rPr>
          <w:b w:val="0"/>
          <w:sz w:val="20"/>
        </w:rPr>
        <w:t>Terugkoppeling van bevindingen en behandelplan aan verwijzer wordt gewenst.</w:t>
      </w:r>
    </w:p>
    <w:p/>
    <w:p/>
    <w:p>
      <w:r>
        <w:rPr>
          <w:b w:val="0"/>
          <w:sz w:val="20"/>
        </w:rPr>
        <w:t>Plaats : _________________________________________________________________</w:t>
      </w:r>
    </w:p>
    <w:p>
      <w:r>
        <w:rPr>
          <w:b w:val="0"/>
          <w:sz w:val="20"/>
        </w:rPr>
        <w:t>Handtekening verwijzer : 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Verwijzer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Kaakchirurg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https://briefklaar.com/verwijsbrief-kaakchirurg-voorbeeld/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erwijsbrief-kaakchirurg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