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BRIEF AAN NOTARIS</w:t>
      </w:r>
    </w:p>
    <w:p/>
    <w:p/>
    <w:p>
      <w:r>
        <w:rPr>
          <w:b/>
          <w:sz w:val="20"/>
        </w:rPr>
        <w:t>Aan:</w:t>
      </w:r>
    </w:p>
    <w:p>
      <w:r>
        <w:rPr>
          <w:b w:val="0"/>
          <w:sz w:val="20"/>
        </w:rPr>
        <w:t>Notaris _______________________________</w:t>
      </w:r>
    </w:p>
    <w:p>
      <w:r>
        <w:rPr>
          <w:b w:val="0"/>
          <w:sz w:val="20"/>
        </w:rPr>
        <w:t>Kantooradres __________________________</w:t>
      </w:r>
    </w:p>
    <w:p>
      <w:r>
        <w:rPr>
          <w:b w:val="0"/>
          <w:sz w:val="20"/>
        </w:rPr>
        <w:t>Postcode en plaats ____________________</w:t>
      </w:r>
    </w:p>
    <w:p/>
    <w:p/>
    <w:p>
      <w:r>
        <w:rPr>
          <w:b/>
          <w:sz w:val="20"/>
        </w:rPr>
        <w:t>Betreft: Opdracht notariele dienstverlening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/>
          <w:sz w:val="20"/>
        </w:rPr>
        <w:t>Hierbij geef ik u opdracht tot het verrichten van de volgende notariële werkzaamheden:</w:t>
      </w:r>
    </w:p>
    <w:p/>
    <w:p>
      <w:r>
        <w:rPr>
          <w:b w:val="0"/>
          <w:sz w:val="20"/>
        </w:rPr>
        <w:t>- Opstellen en passeren van de koopovereenkomst voor de woning gelegen aan ________________________________.</w:t>
      </w:r>
    </w:p>
    <w:p>
      <w:r>
        <w:rPr>
          <w:b w:val="0"/>
          <w:sz w:val="20"/>
        </w:rPr>
        <w:t>- Opstellen van de hypotheekakte en overige benodigde akten.</w:t>
      </w:r>
    </w:p>
    <w:p>
      <w:r>
        <w:rPr>
          <w:b w:val="0"/>
          <w:sz w:val="20"/>
        </w:rPr>
        <w:t>- Nakijken en controleren van de eigendomsakte en kadastrale gegevens.</w:t>
      </w:r>
    </w:p>
    <w:p>
      <w:r>
        <w:rPr>
          <w:b w:val="0"/>
          <w:sz w:val="20"/>
        </w:rPr>
        <w:t>- Adviseren over de fiscale en juridische gevolgen van de transactie.</w:t>
      </w:r>
    </w:p>
    <w:p/>
    <w:p>
      <w:r>
        <w:rPr>
          <w:b w:val="0"/>
          <w:sz w:val="20"/>
        </w:rPr>
        <w:t>Gelieve mij tijdig te informeren over de voortgang en eventuele bijzonderheden.</w:t>
      </w:r>
    </w:p>
    <w:p>
      <w:r>
        <w:rPr>
          <w:b w:val="0"/>
          <w:sz w:val="20"/>
        </w:rPr>
        <w:t>Indien aanvullende documenten of informatie benodigd zijn, verzoek ik u mij hiervan spoedig op de hoogte te stellen.</w:t>
      </w:r>
    </w:p>
    <w:p/>
    <w:p>
      <w:r>
        <w:rPr>
          <w:b w:val="0"/>
          <w:sz w:val="20"/>
        </w:rPr>
        <w:t>Ik vertrouw op een goede samenwerking en zie uw reactie met belangstelling tegemoet.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Naam: _________________________________</w:t>
      </w:r>
    </w:p>
    <w:p>
      <w:r>
        <w:rPr>
          <w:b w:val="0"/>
          <w:sz w:val="20"/>
        </w:rPr>
        <w:t>Adres: _________________________________</w:t>
      </w:r>
    </w:p>
    <w:p>
      <w:r>
        <w:rPr>
          <w:b w:val="0"/>
          <w:sz w:val="20"/>
        </w:rPr>
        <w:t>Postcode en plaats: _____________________</w:t>
      </w:r>
    </w:p>
    <w:p>
      <w:r>
        <w:rPr>
          <w:b w:val="0"/>
          <w:sz w:val="20"/>
        </w:rPr>
        <w:t>Telefoonnummer: ________________________</w:t>
      </w:r>
    </w:p>
    <w:p>
      <w:r>
        <w:rPr>
          <w:b w:val="0"/>
          <w:sz w:val="20"/>
        </w:rPr>
        <w:t>E-mail: ________________________________</w:t>
      </w:r>
    </w:p>
    <w:p/>
    <w:p/>
    <w:p>
      <w:r>
        <w:rPr>
          <w:b w:val="0"/>
          <w:sz w:val="20"/>
        </w:rPr>
        <w:t>Plaats: __________________________________</w:t>
      </w:r>
    </w:p>
    <w:p>
      <w:r>
        <w:rPr>
          <w:b w:val="0"/>
          <w:sz w:val="20"/>
        </w:rPr>
        <w:t>Datum: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Opdrachtgever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Notaris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https://briefklaar.com/voorbeeld-brief-aan-notaris/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brief-aan-notaris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