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Afzender:</w:t>
      </w:r>
    </w:p>
    <w:p>
      <w:r>
        <w:rPr>
          <w:b w:val="0"/>
          <w:sz w:val="20"/>
        </w:rPr>
        <w:t>Naam en adres:</w:t>
      </w:r>
    </w:p>
    <w:p>
      <w:r>
        <w:rPr>
          <w:b w:val="0"/>
          <w:sz w:val="20"/>
        </w:rPr>
        <w:t>Straat en huisnummer</w:t>
      </w:r>
    </w:p>
    <w:p>
      <w:r>
        <w:rPr>
          <w:b w:val="0"/>
          <w:sz w:val="20"/>
        </w:rPr>
        <w:t>Postcode en plaats</w:t>
      </w:r>
    </w:p>
    <w:p>
      <w:r>
        <w:rPr>
          <w:b w:val="0"/>
          <w:sz w:val="20"/>
        </w:rPr>
        <w:t>Telefoonnummer</w:t>
      </w:r>
    </w:p>
    <w:p>
      <w:r>
        <w:rPr>
          <w:b w:val="0"/>
          <w:sz w:val="20"/>
        </w:rPr>
        <w:t>E-mailadres</w:t>
      </w:r>
    </w:p>
    <w:p/>
    <w:p/>
    <w:p>
      <w:r>
        <w:rPr>
          <w:b/>
          <w:sz w:val="20"/>
        </w:rPr>
        <w:t>Belastingdienst</w:t>
      </w:r>
    </w:p>
    <w:p>
      <w:r>
        <w:rPr>
          <w:b w:val="0"/>
          <w:sz w:val="20"/>
        </w:rPr>
        <w:t>Afdeling:</w:t>
      </w:r>
    </w:p>
    <w:p>
      <w:r>
        <w:rPr>
          <w:b w:val="0"/>
          <w:sz w:val="20"/>
        </w:rPr>
        <w:t>Postbus:</w:t>
      </w:r>
    </w:p>
    <w:p>
      <w:r>
        <w:rPr>
          <w:b w:val="0"/>
          <w:sz w:val="20"/>
        </w:rPr>
        <w:t>Postcode en plaats</w:t>
      </w:r>
    </w:p>
    <w:p/>
    <w:p/>
    <w:p>
      <w:pPr>
        <w:jc w:val="center"/>
      </w:pPr>
      <w:r>
        <w:rPr>
          <w:b/>
          <w:sz w:val="20"/>
        </w:rPr>
        <w:t>Betreft: Voorbeeldbrief Belastingdienst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stuur ik u deze brief om u te informeren over mijn situatie met betrekking tot mijn belastingaangifte. Ik wil graag het volgende onder uw aandacht brengen:</w:t>
      </w:r>
    </w:p>
    <w:p/>
    <w:p>
      <w:r>
        <w:rPr>
          <w:b/>
          <w:sz w:val="20"/>
        </w:rPr>
        <w:t>1. Persoonlijke gegevens</w:t>
      </w:r>
    </w:p>
    <w:p>
      <w:r>
        <w:rPr>
          <w:b w:val="0"/>
          <w:sz w:val="20"/>
        </w:rPr>
        <w:t>Naam: ______________________________________</w:t>
        <w:br/>
        <w:t>BSN: ______________________________________</w:t>
        <w:br/>
        <w:t>Adres: _____________________________________</w:t>
      </w:r>
    </w:p>
    <w:p/>
    <w:p>
      <w:r>
        <w:rPr>
          <w:b/>
          <w:sz w:val="20"/>
        </w:rPr>
        <w:t>2. Reden van deze brief</w:t>
      </w:r>
    </w:p>
    <w:p>
      <w:r>
        <w:rPr>
          <w:b w:val="0"/>
          <w:sz w:val="20"/>
        </w:rPr>
        <w:t>Hier kunt u uitleggen waarom u contact opneemt met de Belastingdienst. Bijvoorbeeld:</w:t>
        <w:br/>
        <w:t>- Correctie van een eerder ingediende aangifte</w:t>
        <w:br/>
        <w:t>- Verzoek om uitstel</w:t>
        <w:br/>
        <w:t>- Vraag over een aanslag</w:t>
        <w:br/>
        <w:t>- Overige relevante zaken</w:t>
      </w:r>
    </w:p>
    <w:p/>
    <w:p>
      <w:r>
        <w:rPr>
          <w:b/>
          <w:sz w:val="20"/>
        </w:rPr>
        <w:t>3. Toelichting</w:t>
      </w:r>
    </w:p>
    <w:p>
      <w:r>
        <w:rPr>
          <w:b w:val="0"/>
          <w:sz w:val="20"/>
        </w:rPr>
        <w:t>Geef hier een duidelijke en beknopte toelichting over de situatie. Vermeld alle relevante feiten en omstandigheden die van belang zijn voor de Belastingdienst.</w:t>
      </w:r>
    </w:p>
    <w:p/>
    <w:p>
      <w:r>
        <w:rPr>
          <w:b/>
          <w:sz w:val="20"/>
        </w:rPr>
        <w:t>4. Verzoek</w:t>
      </w:r>
    </w:p>
    <w:p>
      <w:r>
        <w:rPr>
          <w:b w:val="0"/>
          <w:sz w:val="20"/>
        </w:rPr>
        <w:t>Formuleer duidelijk wat u van de Belastingdienst verwacht. Bijvoorbeeld:</w:t>
        <w:br/>
        <w:t>- Herziening van de aanslag</w:t>
        <w:br/>
        <w:t>- Toekenning van uitstel</w:t>
        <w:br/>
        <w:t>- Bevestiging van ontvangen documenten</w:t>
        <w:br/>
        <w:t>- Andere verzoeken</w:t>
      </w:r>
    </w:p>
    <w:p/>
    <w:p/>
    <w:p>
      <w:r>
        <w:rPr>
          <w:b w:val="0"/>
          <w:sz w:val="20"/>
        </w:rPr>
        <w:t>Ik vertrouw erop u hiermee voldoende te hebben geïnformeerd. Mocht u nog vragen hebben, dan ben ik uiteraard bereid deze te beantwoorden.</w:t>
      </w:r>
    </w:p>
    <w:p/>
    <w:p>
      <w:r>
        <w:rPr>
          <w:b w:val="0"/>
          <w:sz w:val="20"/>
        </w:rPr>
        <w:t>Met vriendelijke groet,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</w:t>
      </w:r>
    </w:p>
    <w:p>
      <w:pPr>
        <w:jc w:val="center"/>
      </w:pPr>
      <w:r>
        <w:rPr>
          <w:b w:val="0"/>
          <w:sz w:val="20"/>
        </w:rPr>
        <w:t>Naam afzender</w:t>
      </w:r>
    </w:p>
    <w:p>
      <w:pPr>
        <w:jc w:val="center"/>
      </w:pPr>
      <w:r>
        <w:rPr>
          <w:b w:val="0"/>
          <w:sz w:val="20"/>
        </w:rPr>
        <w:t>Adres afzender</w:t>
      </w:r>
    </w:p>
    <w:p>
      <w:pPr>
        <w:jc w:val="center"/>
      </w:pPr>
      <w:r>
        <w:rPr>
          <w:b w:val="0"/>
          <w:sz w:val="20"/>
        </w:rPr>
        <w:t>Telefoonnummer / E-mail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Belastingdienst Contact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Uw Contactgegevens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Telefoon: _______________</w:t>
              <w:br/>
              <w:t>E-mail: 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Telefoon: _______________</w:t>
              <w:br/>
              <w:t>E-mail: 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Website: www.belastingdienst.nl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Mobiel: _______________</w:t>
              <w:br/>
              <w:t>Postadres: 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https://briefklaar.com/voorbeeld-brief-belastingdienst/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-brief-belastingdienst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