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VOORBEELD BRIEF KLACHT</w:t>
      </w:r>
    </w:p>
    <w:p/>
    <w:p/>
    <w:p>
      <w:r>
        <w:rPr>
          <w:b/>
          <w:sz w:val="20"/>
        </w:rPr>
        <w:t>Afzender:</w:t>
      </w:r>
    </w:p>
    <w:p>
      <w:r>
        <w:rPr>
          <w:b w:val="0"/>
          <w:sz w:val="20"/>
        </w:rPr>
        <w:t>Naam : ___________________________________________________________</w:t>
      </w:r>
    </w:p>
    <w:p>
      <w:r>
        <w:rPr>
          <w:b w:val="0"/>
          <w:sz w:val="20"/>
        </w:rPr>
        <w:t>Adres : ___________________________________________________________</w:t>
      </w:r>
    </w:p>
    <w:p>
      <w:r>
        <w:rPr>
          <w:b w:val="0"/>
          <w:sz w:val="20"/>
        </w:rPr>
        <w:t>Postcode en woonplaats : ____________________________________________</w:t>
      </w:r>
    </w:p>
    <w:p>
      <w:r>
        <w:rPr>
          <w:b w:val="0"/>
          <w:sz w:val="20"/>
        </w:rPr>
        <w:t>E-mail : ___________________________________________________________</w:t>
      </w:r>
    </w:p>
    <w:p>
      <w:r>
        <w:rPr>
          <w:b w:val="0"/>
          <w:sz w:val="20"/>
        </w:rPr>
        <w:t>Telefoonnummer : _________________________________________________</w:t>
      </w:r>
    </w:p>
    <w:p/>
    <w:p/>
    <w:p>
      <w:r>
        <w:rPr>
          <w:b/>
          <w:sz w:val="20"/>
        </w:rPr>
        <w:t>Geadresseerde:</w:t>
      </w:r>
    </w:p>
    <w:p>
      <w:r>
        <w:rPr>
          <w:b w:val="0"/>
          <w:sz w:val="20"/>
        </w:rPr>
        <w:t>Naam bedrijf/organisatie : _________________________________________</w:t>
      </w:r>
    </w:p>
    <w:p>
      <w:r>
        <w:rPr>
          <w:b w:val="0"/>
          <w:sz w:val="20"/>
        </w:rPr>
        <w:t>T.a.v. : ___________________________________________________________</w:t>
      </w:r>
    </w:p>
    <w:p>
      <w:r>
        <w:rPr>
          <w:b w:val="0"/>
          <w:sz w:val="20"/>
        </w:rPr>
        <w:t>Adres : ___________________________________________________________</w:t>
      </w:r>
    </w:p>
    <w:p>
      <w:r>
        <w:rPr>
          <w:b w:val="0"/>
          <w:sz w:val="20"/>
        </w:rPr>
        <w:t>Postcode en plaats : ________________________________________________</w:t>
      </w:r>
    </w:p>
    <w:p/>
    <w:p/>
    <w:p>
      <w:r>
        <w:rPr>
          <w:b/>
          <w:sz w:val="20"/>
        </w:rPr>
        <w:t>Betreft: Klacht over geleverde dienst/product</w:t>
      </w:r>
    </w:p>
    <w:p/>
    <w:p/>
    <w:p>
      <w:r>
        <w:rPr>
          <w:b w:val="0"/>
          <w:sz w:val="20"/>
        </w:rPr>
        <w:t>Geachte heer/mevrouw,</w:t>
      </w:r>
    </w:p>
    <w:p/>
    <w:p>
      <w:r>
        <w:rPr>
          <w:b w:val="0"/>
          <w:sz w:val="20"/>
        </w:rPr>
        <w:t>Hierbij wil ik mijn ongenoegen uiten over de geleverde dienst/het product dat ik bij u heb afgenomen. Helaas voldoet het niet aan de verwachtingen en de afspraken die wij hebben gemaakt.</w:t>
      </w:r>
    </w:p>
    <w:p/>
    <w:p>
      <w:r>
        <w:rPr>
          <w:b/>
          <w:sz w:val="20"/>
        </w:rPr>
        <w:t>Omschrijving van het probleem:</w:t>
      </w:r>
    </w:p>
    <w:p>
      <w:r>
        <w:rPr>
          <w:b w:val="0"/>
          <w:sz w:val="20"/>
        </w:rPr>
        <w:t>__________________________________________________________________________________________</w:t>
        <w:br/>
        <w:t>__________________________________________________________________________________________</w:t>
        <w:br/>
        <w:t>__________________________________________________________________________________________</w:t>
      </w:r>
    </w:p>
    <w:p/>
    <w:p>
      <w:r>
        <w:rPr>
          <w:b w:val="0"/>
          <w:sz w:val="20"/>
        </w:rPr>
        <w:t>Ik verzoek u vriendelijk om binnen een redelijke termijn het probleem te herstellen, een passende oplossing te bieden of het product te vervangen. Ik verwacht een reactie binnen 14 dagen na dagtekening van deze brief.</w:t>
      </w:r>
    </w:p>
    <w:p/>
    <w:p>
      <w:r>
        <w:rPr>
          <w:b w:val="0"/>
          <w:sz w:val="20"/>
        </w:rPr>
        <w:t>Conform het Burgerlijk Wetboek heeft u als verkoper/verhuurder de verplichting om een deugdelijk product of dienst te leveren. Indien u niet aan deze verplichtingen voldoet, behoud ik mij het recht voor om verdere stappen te ondernemen.</w:t>
      </w:r>
    </w:p>
    <w:p/>
    <w:p/>
    <w:p>
      <w:r>
        <w:rPr>
          <w:b w:val="0"/>
          <w:sz w:val="20"/>
        </w:rPr>
        <w:t>Met vriendelijke groet,</w:t>
      </w:r>
    </w:p>
    <w:p/>
    <w:p/>
    <w:p/>
    <w:p/>
    <w:p>
      <w:r>
        <w:rPr>
          <w:b w:val="0"/>
          <w:sz w:val="20"/>
        </w:rPr>
        <w:t>__________________________</w:t>
      </w:r>
    </w:p>
    <w:p>
      <w:r>
        <w:rPr>
          <w:b w:val="0"/>
          <w:sz w:val="20"/>
        </w:rPr>
        <w:t>Naam afzender</w:t>
      </w:r>
    </w:p>
    <w:p>
      <w:r>
        <w:br w:type="page"/>
      </w:r>
    </w:p>
    <w:p>
      <w:pPr>
        <w:jc w:val="center"/>
      </w:pPr>
      <w:r>
        <w:rPr>
          <w:color w:val="555555"/>
          <w:sz w:val="24"/>
        </w:rPr>
        <w:t>Oorspronkelijke bron van dit document:</w:t>
      </w:r>
    </w:p>
    <w:p>
      <w:pPr>
        <w:jc w:val="center"/>
      </w:pPr>
      <w:hyperlink r:id="rId9">
        <w:r>
          <w:rPr>
            <w:color w:val="0000FF"/>
            <w:u w:val="single"/>
          </w:rPr>
          <w:t>https://briefklaar.com/voorbeeld-brief-klacht/</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voorbeeld-brief-klacht/"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