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sz w:val="20"/>
        </w:rPr>
        <w:t>VOORBEELD BRIEF ONTVANGEN GELD</w:t>
      </w:r>
    </w:p>
    <w:p/>
    <w:p/>
    <w:p>
      <w:r>
        <w:rPr>
          <w:b w:val="0"/>
          <w:sz w:val="20"/>
        </w:rPr>
        <w:t>Geachte heer/mevrouw,</w:t>
      </w:r>
    </w:p>
    <w:p/>
    <w:p>
      <w:r>
        <w:rPr>
          <w:b w:val="0"/>
          <w:sz w:val="20"/>
        </w:rPr>
        <w:t>Hierbij bevestigen wij de ontvangst van het bedrag dat u heeft overgemaakt. Wij danken u voor de tijdige betaling en willen u informeren over de details van deze transactie.</w:t>
      </w:r>
    </w:p>
    <w:p/>
    <w:p>
      <w:r>
        <w:rPr>
          <w:b/>
          <w:sz w:val="20"/>
        </w:rPr>
        <w:t>Details van de betaling:</w:t>
      </w:r>
    </w:p>
    <w:p>
      <w:r>
        <w:rPr>
          <w:b w:val="0"/>
          <w:sz w:val="20"/>
        </w:rPr>
        <w:t>Bedrag : ________________________________________________</w:t>
      </w:r>
    </w:p>
    <w:p>
      <w:r>
        <w:rPr>
          <w:b w:val="0"/>
          <w:sz w:val="20"/>
        </w:rPr>
        <w:t>Betaalwijze : _____________________________________________</w:t>
      </w:r>
    </w:p>
    <w:p>
      <w:r>
        <w:rPr>
          <w:b w:val="0"/>
          <w:sz w:val="20"/>
        </w:rPr>
        <w:t>Referentie / Factuurnummer : ______________________________</w:t>
      </w:r>
    </w:p>
    <w:p>
      <w:r>
        <w:rPr>
          <w:b w:val="0"/>
          <w:sz w:val="20"/>
        </w:rPr>
        <w:t>Omschrijving : ____________________________________________</w:t>
      </w:r>
    </w:p>
    <w:p/>
    <w:p>
      <w:r>
        <w:rPr>
          <w:b w:val="0"/>
          <w:sz w:val="20"/>
        </w:rPr>
        <w:t>Met deze brief bevestigen wij dat het genoemde bedrag volledig door ons is ontvangen en verwerkt. Mocht u nog vragen hebben over deze betaling, dan kunt u contact met ons opnemen via de bekende kanalen.</w:t>
      </w:r>
    </w:p>
    <w:p/>
    <w:p>
      <w:r>
        <w:rPr>
          <w:b w:val="0"/>
          <w:sz w:val="20"/>
        </w:rPr>
        <w:t>Wij waarderen uw vertrouwen en kijken uit naar een voortzetting van onze goede samenwerking.</w:t>
      </w:r>
    </w:p>
    <w:p/>
    <w:p/>
    <w:p>
      <w:r>
        <w:rPr>
          <w:b w:val="0"/>
          <w:sz w:val="20"/>
        </w:rPr>
        <w:t>Met vriendelijke groet,</w:t>
      </w:r>
    </w:p>
    <w:p/>
    <w:p/>
    <w:p/>
    <w:p/>
    <w:tbl>
      <w:tblPr>
        <w:tblW w:type="auto" w:w="0"/>
        <w:tblLayout w:type="autofit"/>
        <w:tblLook w:firstColumn="1" w:firstRow="1" w:lastColumn="0" w:lastRow="0" w:noHBand="0" w:noVBand="1" w:val="04A0"/>
      </w:tblPr>
      <w:tblGrid>
        <w:gridCol w:w="4986"/>
        <w:gridCol w:w="4986"/>
      </w:tblGrid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Afzender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Ontvanger</w:t>
            </w:r>
          </w:p>
        </w:tc>
      </w:tr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br/>
              <w:br/>
              <w:t>Handtekening : _________________________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br/>
              <w:br/>
              <w:t>Handtekening : _________________________</w:t>
            </w:r>
          </w:p>
        </w:tc>
      </w:tr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Naam : ________________________________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Naam : ________________________________</w:t>
            </w:r>
          </w:p>
        </w:tc>
      </w:tr>
    </w:tbl>
    <w:p>
      <w:r>
        <w:br w:type="page"/>
      </w:r>
    </w:p>
    <w:p>
      <w:pPr>
        <w:jc w:val="center"/>
      </w:pPr>
      <w:r>
        <w:rPr>
          <w:color w:val="555555"/>
          <w:sz w:val="24"/>
        </w:rPr>
        <w:t>Oorspronkelijke bron van dit document:</w:t>
      </w:r>
    </w:p>
    <w:p>
      <w:pPr>
        <w:jc w:val="center"/>
      </w:pPr>
      <w:hyperlink r:id="rId9">
        <w:r>
          <w:rPr>
            <w:color w:val="0000FF"/>
            <w:u w:val="single"/>
          </w:rPr>
          <w:t>https://briefklaar.com/voorbeeld-brief-ontvangen-geld/</w:t>
        </w:r>
      </w:hyperlink>
    </w:p>
    <w:p>
      <w:pPr>
        <w:jc w:val="center"/>
      </w:pPr>
      <w:r>
        <w:rPr>
          <w:color w:val="555555"/>
          <w:sz w:val="26"/>
        </w:rPr>
        <w:t>Was dit voorbeeld nuttig voor jou?</w:t>
      </w:r>
    </w:p>
    <w:p>
      <w:pPr>
        <w:jc w:val="center"/>
      </w:pPr>
      <w:r>
        <w:rPr>
          <w:color w:val="555555"/>
          <w:sz w:val="26"/>
        </w:rPr>
        <w:t>Vind andere bijgewerkte voorbeelden op de website:</w:t>
      </w:r>
    </w:p>
    <w:p>
      <w:pPr>
        <w:jc w:val="center"/>
      </w:pPr>
      <w:hyperlink r:id="rId10">
        <w:r>
          <w:rPr>
            <w:color w:val="0000FF"/>
            <w:u w:val="single"/>
          </w:rPr>
          <w:t>https://briefklaar.com</w:t>
        </w:r>
      </w:hyperlink>
    </w:p>
    <w:p>
      <w:pPr>
        <w:jc w:val="center"/>
      </w:pPr>
      <w:r>
        <w:rPr>
          <w:color w:val="808080"/>
          <w:sz w:val="20"/>
        </w:rPr>
        <w:t>Dit voorbeeld is uitsluitend bedoeld voor persoonlijk en niet-commercieel gebruik.</w:t>
        <w:br/>
        <w:t>Elke verspreiding of publicatie moet de bron vermelden. © briefklaar.com</w:t>
      </w:r>
    </w:p>
    <w:sectPr w:rsidR="00FC693F" w:rsidRPr="0006063C" w:rsidSect="00034616">
      <w:pgSz w:w="12240" w:h="15840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yperlink" Target="https://briefklaar.com/voorbeeld-brief-ontvangen-geld/" TargetMode="External"/><Relationship Id="rId10" Type="http://schemas.openxmlformats.org/officeDocument/2006/relationships/hyperlink" Target="https://briefklaar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