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BRIEF UITSTEL VAN BETALING BELASTINGDIENST</w:t>
      </w:r>
    </w:p>
    <w:p/>
    <w:p/>
    <w:p>
      <w:r>
        <w:rPr>
          <w:b/>
          <w:sz w:val="20"/>
        </w:rPr>
        <w:t>Belastingdienst</w:t>
      </w:r>
    </w:p>
    <w:p>
      <w:r>
        <w:rPr>
          <w:b w:val="0"/>
          <w:sz w:val="20"/>
        </w:rPr>
        <w:t>Postbus 12345</w:t>
      </w:r>
    </w:p>
    <w:p>
      <w:r>
        <w:rPr>
          <w:b w:val="0"/>
          <w:sz w:val="20"/>
        </w:rPr>
        <w:t>1234 AB Plaatsnaam</w:t>
      </w:r>
    </w:p>
    <w:p/>
    <w:p/>
    <w:p>
      <w:r>
        <w:rPr>
          <w:b/>
          <w:sz w:val="20"/>
        </w:rPr>
        <w:t>Afzender:</w:t>
      </w:r>
    </w:p>
    <w:p>
      <w:r>
        <w:rPr>
          <w:b w:val="0"/>
          <w:sz w:val="20"/>
        </w:rPr>
        <w:t>Naam: ______________________________________________</w:t>
      </w:r>
    </w:p>
    <w:p>
      <w:r>
        <w:rPr>
          <w:b w:val="0"/>
          <w:sz w:val="20"/>
        </w:rPr>
        <w:t>Adres: ______________________________________________</w:t>
      </w:r>
    </w:p>
    <w:p>
      <w:r>
        <w:rPr>
          <w:b w:val="0"/>
          <w:sz w:val="20"/>
        </w:rPr>
        <w:t>Postcode en woonplaats: ____________________________</w:t>
      </w:r>
    </w:p>
    <w:p>
      <w:r>
        <w:rPr>
          <w:b w:val="0"/>
          <w:sz w:val="20"/>
        </w:rPr>
        <w:t>Telefoonnummer: _____________________________________</w:t>
      </w:r>
    </w:p>
    <w:p>
      <w:r>
        <w:rPr>
          <w:b w:val="0"/>
          <w:sz w:val="20"/>
        </w:rPr>
        <w:t>E-mailadres: ________________________________________</w:t>
      </w:r>
    </w:p>
    <w:p/>
    <w:p/>
    <w:p>
      <w:r>
        <w:rPr>
          <w:b/>
          <w:sz w:val="20"/>
        </w:rPr>
        <w:t>Onderwerp: Verzoek tot uitstel van betaling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verzoek ik u om uitstel van betaling voor de openstaande belastingaanslag(en). Vanwege onvoorziene omstandigheden ben ik momenteel niet in staat de verschuldigde bedragen te voldoen.</w:t>
      </w:r>
    </w:p>
    <w:p/>
    <w:p>
      <w:r>
        <w:rPr>
          <w:b/>
          <w:sz w:val="20"/>
        </w:rPr>
        <w:t>Het betreft de volgende aanslag(en):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Soort aanslag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Aanslagnummer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Bedrag (€)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________________________________________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________________________________________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________________________________________</w:t>
            </w:r>
          </w:p>
        </w:tc>
      </w:tr>
    </w:tbl>
    <w:p/>
    <w:p/>
    <w:p>
      <w:r>
        <w:rPr>
          <w:b/>
          <w:sz w:val="20"/>
        </w:rPr>
        <w:t>Toelichting:</w:t>
      </w:r>
    </w:p>
    <w:p>
      <w:r>
        <w:rPr>
          <w:b w:val="0"/>
          <w:sz w:val="20"/>
        </w:rPr>
        <w:t>Door tijdelijke financiële problemen, veroorzaakt door (bijvoorbeeld: verlies van inkomen, onvoorziene kosten, pandemie, etc.), ben ik niet in staat het openstaande bedrag op korte termijn te voldoen. Ik verzoek u daarom om uitstel van betaling voor een periode van maximaal drie maanden.</w:t>
      </w:r>
    </w:p>
    <w:p/>
    <w:p>
      <w:r>
        <w:rPr>
          <w:b/>
          <w:sz w:val="20"/>
        </w:rPr>
        <w:t>Betalingsvoorstel:</w:t>
      </w:r>
    </w:p>
    <w:p>
      <w:r>
        <w:rPr>
          <w:b w:val="0"/>
          <w:sz w:val="20"/>
        </w:rPr>
        <w:t>Ik stel voor om het openstaande bedrag in termijnen te voldoen, te beginnen na afloop van het uitstel. Graag ontvang ik van u een bevestiging van de toekenning van het uitstel en eventuele voorwaarden.</w:t>
      </w:r>
    </w:p>
    <w:p/>
    <w:p>
      <w:r>
        <w:rPr>
          <w:b w:val="0"/>
          <w:sz w:val="20"/>
        </w:rPr>
        <w:t>Ik vertrouw erop dat u mijn verzoek welwillend zult beoordelen en ik zie uw reactie met belangstelling tegemoet.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Naam verzoeker</w:t>
      </w:r>
    </w:p>
    <w:p/>
    <w:p/>
    <w:p>
      <w:r>
        <w:rPr>
          <w:b w:val="0"/>
          <w:sz w:val="20"/>
        </w:rPr>
        <w:t>Plaats: __________________________    Datum: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Ondertekend door,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Ontvangen door Belastingdienst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https://briefklaar.com/voorbeeld-brief-uitstel-van-betaling-belastingdienst/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-brief-uitstel-van-betaling-belastingdienst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