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KLACHTENBRIEF SCHOOL</w:t>
      </w:r>
    </w:p>
    <w:p/>
    <w:p/>
    <w:p>
      <w:r>
        <w:rPr>
          <w:b/>
          <w:sz w:val="20"/>
        </w:rPr>
        <w:t>Afzender:</w:t>
      </w:r>
    </w:p>
    <w:p>
      <w:r>
        <w:rPr>
          <w:b w:val="0"/>
          <w:sz w:val="20"/>
        </w:rPr>
        <w:t>Naam : _____________________________________________________________</w:t>
      </w:r>
    </w:p>
    <w:p>
      <w:r>
        <w:rPr>
          <w:b w:val="0"/>
          <w:sz w:val="20"/>
        </w:rPr>
        <w:t>Adres : _____________________________________________________________</w:t>
      </w:r>
    </w:p>
    <w:p>
      <w:r>
        <w:rPr>
          <w:b w:val="0"/>
          <w:sz w:val="20"/>
        </w:rPr>
        <w:t>Postcode en plaats : ________________________________________________</w:t>
      </w:r>
    </w:p>
    <w:p>
      <w:r>
        <w:rPr>
          <w:b w:val="0"/>
          <w:sz w:val="20"/>
        </w:rPr>
        <w:t>Telefoonnummer : ___________________________________________________</w:t>
      </w:r>
    </w:p>
    <w:p>
      <w:r>
        <w:rPr>
          <w:b w:val="0"/>
          <w:sz w:val="20"/>
        </w:rPr>
        <w:t>E-mailadres : ______________________________________________________</w:t>
      </w:r>
    </w:p>
    <w:p/>
    <w:p/>
    <w:p>
      <w:r>
        <w:rPr>
          <w:b/>
          <w:sz w:val="20"/>
        </w:rPr>
        <w:t>School:</w:t>
      </w:r>
    </w:p>
    <w:p>
      <w:r>
        <w:rPr>
          <w:b w:val="0"/>
          <w:sz w:val="20"/>
        </w:rPr>
        <w:t>Naam school : ______________________________________________________</w:t>
      </w:r>
    </w:p>
    <w:p>
      <w:r>
        <w:rPr>
          <w:b w:val="0"/>
          <w:sz w:val="20"/>
        </w:rPr>
        <w:t>Adres school : _____________________________________________________</w:t>
      </w:r>
    </w:p>
    <w:p>
      <w:r>
        <w:rPr>
          <w:b w:val="0"/>
          <w:sz w:val="20"/>
        </w:rPr>
        <w:t>Postcode en plaats : ________________________________________________</w:t>
      </w:r>
    </w:p>
    <w:p/>
    <w:p/>
    <w:p>
      <w:r>
        <w:rPr>
          <w:b/>
          <w:sz w:val="20"/>
        </w:rPr>
        <w:t>Betreft: Klacht over situatie op school</w:t>
      </w:r>
    </w:p>
    <w:p/>
    <w:p/>
    <w:p>
      <w:r>
        <w:rPr>
          <w:b w:val="0"/>
          <w:sz w:val="20"/>
        </w:rPr>
        <w:t>Geachte heer/mevrouw,</w:t>
      </w:r>
    </w:p>
    <w:p/>
    <w:p>
      <w:r>
        <w:rPr>
          <w:b w:val="0"/>
          <w:sz w:val="20"/>
        </w:rPr>
        <w:t>Hierbij wil ik een klacht indienen over een situatie die zich recentelijk heeft voorgedaan op de school van mijn kind. Ik vind het belangrijk om mijn zorgen kenbaar te maken en hoop dat hier adequaat op gereageerd wordt.</w:t>
      </w:r>
    </w:p>
    <w:p/>
    <w:p>
      <w:r>
        <w:rPr>
          <w:b/>
          <w:sz w:val="20"/>
        </w:rPr>
        <w:t>Omschrijving van de klacht:</w:t>
      </w:r>
    </w:p>
    <w:p>
      <w:r>
        <w:rPr>
          <w:b w:val="0"/>
          <w:sz w:val="20"/>
        </w:rPr>
        <w:t>______________________________________________________________________________</w:t>
        <w:br/>
        <w:t>______________________________________________________________________________</w:t>
        <w:br/>
        <w:t>______________________________________________________________________________</w:t>
        <w:br/>
        <w:t>______________________________________________________________________________</w:t>
        <w:br/>
        <w:t>______________________________________________________________________________</w:t>
      </w:r>
    </w:p>
    <w:p/>
    <w:p>
      <w:r>
        <w:rPr>
          <w:b/>
          <w:sz w:val="20"/>
        </w:rPr>
        <w:t>Gevolgen van de situatie:</w:t>
      </w:r>
    </w:p>
    <w:p>
      <w:r>
        <w:rPr>
          <w:b w:val="0"/>
          <w:sz w:val="20"/>
        </w:rPr>
        <w:t>______________________________________________________________________________</w:t>
        <w:br/>
        <w:t>______________________________________________________________________________</w:t>
        <w:br/>
        <w:t>______________________________________________________________________________</w:t>
        <w:br/>
        <w:t>______________________________________________________________________________</w:t>
      </w:r>
    </w:p>
    <w:p/>
    <w:p>
      <w:r>
        <w:rPr>
          <w:b/>
          <w:sz w:val="20"/>
        </w:rPr>
        <w:t>Verzoek:</w:t>
      </w:r>
    </w:p>
    <w:p>
      <w:r>
        <w:rPr>
          <w:b w:val="0"/>
          <w:sz w:val="20"/>
        </w:rPr>
        <w:t>Ik verzoek u vriendelijk om deze klacht serieus te nemen en passende maatregelen te nemen om herhaling te voorkomen. Graag ontvang ik een bevestiging van ontvangst van deze brief en informatie over de vervolgstappen.</w:t>
      </w:r>
    </w:p>
    <w:p/>
    <w:p/>
    <w:p>
      <w:r>
        <w:rPr>
          <w:b w:val="0"/>
          <w:sz w:val="20"/>
        </w:rPr>
        <w:t>Met vriendelijke groet,</w:t>
      </w:r>
    </w:p>
    <w:p/>
    <w:p/>
    <w:p/>
    <w:p/>
    <w:p>
      <w:r>
        <w:rPr>
          <w:b w:val="0"/>
          <w:sz w:val="20"/>
        </w:rPr>
        <w:t>Naam afzender : ________________________________________________</w:t>
      </w:r>
    </w:p>
    <w:p>
      <w:r>
        <w:rPr>
          <w:b w:val="0"/>
          <w:sz w:val="20"/>
        </w:rPr>
        <w:t>Handtekening : _________________________________________________</w:t>
      </w:r>
    </w:p>
    <w:p/>
    <w:p/>
    <w:p>
      <w:r>
        <w:rPr>
          <w:b w:val="0"/>
          <w:sz w:val="20"/>
        </w:rPr>
        <w:t>Plaats : ______________________________________________________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Afzender</w:t>
            </w:r>
          </w:p>
        </w:tc>
        <w:tc>
          <w:tcPr>
            <w:tcW w:type="dxa" w:w="4986"/>
            <w:tcBorders>
              <w:top w:val="nil"/>
              <w:left w:val="nil"/>
              <w:bottom w:val="nil"/>
              <w:right w:val="nil"/>
              <w:insideH w:val="nil"/>
              <w:insideV w:val="nil"/>
            </w:tcBorders>
          </w:tcPr>
          <w:p>
            <w:pPr>
              <w:jc w:val="center"/>
            </w:pPr>
            <w:r>
              <w:t>School</w:t>
            </w:r>
          </w:p>
        </w:tc>
      </w:tr>
      <w:tr>
        <w:tc>
          <w:tcPr>
            <w:tcW w:type="dxa" w:w="4986"/>
            <w:tcBorders>
              <w:top w:val="nil"/>
              <w:left w:val="nil"/>
              <w:bottom w:val="nil"/>
              <w:right w:val="nil"/>
              <w:insideH w:val="nil"/>
              <w:insideV w:val="nil"/>
            </w:tcBorders>
          </w:tcPr>
          <w:p>
            <w:pPr>
              <w:jc w:val="center"/>
            </w:pPr>
            <w:r>
              <w:br/>
              <w:br/>
              <w:t>Handtekening : _________________________</w:t>
            </w:r>
          </w:p>
        </w:tc>
        <w:tc>
          <w:tcPr>
            <w:tcW w:type="dxa" w:w="4986"/>
            <w:tcBorders>
              <w:top w:val="nil"/>
              <w:left w:val="nil"/>
              <w:bottom w:val="nil"/>
              <w:right w:val="nil"/>
              <w:insideH w:val="nil"/>
              <w:insideV w:val="nil"/>
            </w:tcBorders>
          </w:tcPr>
          <w:p>
            <w:pPr>
              <w:jc w:val="center"/>
            </w:pPr>
            <w:r>
              <w:br/>
              <w:br/>
              <w:t>Handtekening : _________________________</w:t>
            </w:r>
          </w:p>
        </w:tc>
      </w:tr>
    </w:tbl>
    <w:p>
      <w:r>
        <w:br w:type="page"/>
      </w:r>
    </w:p>
    <w:p>
      <w:pPr>
        <w:jc w:val="center"/>
      </w:pPr>
      <w:r>
        <w:rPr>
          <w:color w:val="555555"/>
          <w:sz w:val="24"/>
        </w:rPr>
        <w:t>Oorspronkelijke bron van dit document:</w:t>
      </w:r>
    </w:p>
    <w:p>
      <w:pPr>
        <w:jc w:val="center"/>
      </w:pPr>
      <w:hyperlink r:id="rId9">
        <w:r>
          <w:rPr>
            <w:color w:val="0000FF"/>
            <w:u w:val="single"/>
          </w:rPr>
          <w:t>https://briefklaar.com/voorbeeld-klachtenbrief-school/</w:t>
        </w:r>
      </w:hyperlink>
    </w:p>
    <w:p>
      <w:pPr>
        <w:jc w:val="center"/>
      </w:pPr>
      <w:r>
        <w:rPr>
          <w:color w:val="555555"/>
          <w:sz w:val="26"/>
        </w:rPr>
        <w:t>Was dit voorbeeld nuttig voor jou?</w:t>
      </w:r>
    </w:p>
    <w:p>
      <w:pPr>
        <w:jc w:val="center"/>
      </w:pPr>
      <w:r>
        <w:rPr>
          <w:color w:val="555555"/>
          <w:sz w:val="26"/>
        </w:rPr>
        <w:t>Vind andere bijgewerkte voorbeelden op de website:</w:t>
      </w:r>
    </w:p>
    <w:p>
      <w:pPr>
        <w:jc w:val="center"/>
      </w:pPr>
      <w:hyperlink r:id="rId10">
        <w:r>
          <w:rPr>
            <w:color w:val="0000FF"/>
            <w:u w:val="single"/>
          </w:rPr>
          <w:t>https://briefklaar.com</w:t>
        </w:r>
      </w:hyperlink>
    </w:p>
    <w:p>
      <w:pPr>
        <w:jc w:val="center"/>
      </w:pPr>
      <w:r>
        <w:rPr>
          <w:color w:val="808080"/>
          <w:sz w:val="20"/>
        </w:rPr>
        <w:t>Dit voorbeeld is uitsluitend bedoeld voor persoonlijk en niet-commercieel gebruik.</w:t>
        <w:br/>
        <w:t>Elke verspreiding of publicatie moet de bron vermelden. © briefklaar.com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briefklaar.com/voorbeeld-klachtenbrief-school/" TargetMode="External"/><Relationship Id="rId10" Type="http://schemas.openxmlformats.org/officeDocument/2006/relationships/hyperlink" Target="https://briefklaar.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