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VOORBEELD ONTSLAGBRIEF WERKGEVER</w:t>
      </w:r>
    </w:p>
    <w:p/>
    <w:p/>
    <w:p>
      <w:r>
        <w:rPr>
          <w:b/>
          <w:sz w:val="22"/>
        </w:rPr>
        <w:t>Gegevens Werkgever:</w:t>
      </w:r>
    </w:p>
    <w:p>
      <w:r>
        <w:rPr>
          <w:b w:val="0"/>
          <w:sz w:val="22"/>
        </w:rPr>
        <w:t>Naam werkgever : _______________________________________________</w:t>
      </w:r>
    </w:p>
    <w:p>
      <w:r>
        <w:rPr>
          <w:b w:val="0"/>
          <w:sz w:val="22"/>
        </w:rPr>
        <w:t>Adres : __________________________________________________________</w:t>
      </w:r>
    </w:p>
    <w:p>
      <w:r>
        <w:rPr>
          <w:b w:val="0"/>
          <w:sz w:val="22"/>
        </w:rPr>
        <w:t>Postcode en plaats : ______________________________________________</w:t>
      </w:r>
    </w:p>
    <w:p/>
    <w:p>
      <w:r>
        <w:rPr>
          <w:b/>
          <w:sz w:val="22"/>
        </w:rPr>
        <w:t>Gegevens Werknemer:</w:t>
      </w:r>
    </w:p>
    <w:p>
      <w:r>
        <w:rPr>
          <w:b w:val="0"/>
          <w:sz w:val="22"/>
        </w:rPr>
        <w:t>Naam werknemer : _______________________________________________</w:t>
      </w:r>
    </w:p>
    <w:p>
      <w:r>
        <w:rPr>
          <w:b w:val="0"/>
          <w:sz w:val="22"/>
        </w:rPr>
        <w:t>Adres : __________________________________________________________</w:t>
      </w:r>
    </w:p>
    <w:p>
      <w:r>
        <w:rPr>
          <w:b w:val="0"/>
          <w:sz w:val="22"/>
        </w:rPr>
        <w:t>Postcode en plaats : ______________________________________________</w:t>
      </w:r>
    </w:p>
    <w:p/>
    <w:p/>
    <w:p>
      <w:r>
        <w:rPr>
          <w:b/>
          <w:sz w:val="22"/>
        </w:rPr>
        <w:t>Betreft: Beëindiging arbeidsovereenkomst</w:t>
      </w:r>
    </w:p>
    <w:p/>
    <w:p>
      <w:r>
        <w:rPr>
          <w:b w:val="0"/>
          <w:sz w:val="22"/>
        </w:rPr>
        <w:t>Geachte heer/mevrouw,</w:t>
      </w:r>
    </w:p>
    <w:p/>
    <w:p>
      <w:r>
        <w:rPr>
          <w:b w:val="0"/>
          <w:sz w:val="22"/>
        </w:rPr>
        <w:t>Hierbij delen wij u mede dat wij de arbeidsovereenkomst met u willen beëindigen. De beëindiging zal plaatsvinden met inachtneming van de wettelijke opzegtermijn.</w:t>
      </w:r>
    </w:p>
    <w:p/>
    <w:p>
      <w:r>
        <w:rPr>
          <w:b w:val="0"/>
          <w:sz w:val="22"/>
        </w:rPr>
        <w:t>De reden voor dit ontslag is als volgt:</w:t>
      </w:r>
    </w:p>
    <w:p>
      <w:r>
        <w:rPr>
          <w:b w:val="0"/>
          <w:sz w:val="22"/>
        </w:rPr>
        <w:t>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_____________________________________________________________________________</w:t>
      </w:r>
    </w:p>
    <w:p/>
    <w:p>
      <w:r>
        <w:rPr>
          <w:b w:val="0"/>
          <w:sz w:val="22"/>
        </w:rPr>
        <w:t>Wij verzoeken u om de einddatum en verdere afhandeling van de beëindiging met uw contactpersoon af te stemmen.</w:t>
      </w:r>
    </w:p>
    <w:p/>
    <w:p>
      <w:r>
        <w:rPr>
          <w:b w:val="0"/>
          <w:sz w:val="22"/>
        </w:rPr>
        <w:t>Wij danken u voor de samenwerking en wensen u veel succes in de toekomst.</w:t>
      </w:r>
    </w:p>
    <w:p/>
    <w:p/>
    <w:p>
      <w:r>
        <w:rPr>
          <w:b w:val="0"/>
          <w:sz w:val="22"/>
        </w:rPr>
        <w:t>Met vriendelijke groet,</w:t>
      </w:r>
    </w:p>
    <w:p/>
    <w:p/>
    <w:p/>
    <w:p>
      <w:r>
        <w:rPr>
          <w:b w:val="0"/>
          <w:sz w:val="22"/>
        </w:rPr>
        <w:t>Naam : ___________________________________________</w:t>
      </w:r>
    </w:p>
    <w:p>
      <w:r>
        <w:rPr>
          <w:b w:val="0"/>
          <w:sz w:val="22"/>
        </w:rPr>
        <w:t>Functie : _________________________________________</w:t>
      </w:r>
    </w:p>
    <w:p>
      <w:r>
        <w:rPr>
          <w:b w:val="0"/>
          <w:sz w:val="22"/>
        </w:rPr>
        <w:t>Handtekening : _____________________________________</w:t>
      </w:r>
    </w:p>
    <w:p/>
    <w:p/>
    <w:p/>
    <w:p>
      <w:r>
        <w:rPr>
          <w:b w:val="0"/>
          <w:sz w:val="22"/>
        </w:rPr>
        <w:t>Plaats : ___________________________</w:t>
      </w:r>
    </w:p>
    <w:p>
      <w:r>
        <w:rPr>
          <w:b w:val="0"/>
          <w:sz w:val="22"/>
        </w:rPr>
        <w:t>Datum : ____________________________</w:t>
      </w:r>
    </w:p>
    <w:p/>
    <w:p/>
    <w:p/>
    <w:p>
      <w:r>
        <w:rPr>
          <w:b/>
          <w:sz w:val="22"/>
        </w:rPr>
        <w:t>Bevestiging werknemer:</w:t>
      </w:r>
    </w:p>
    <w:p>
      <w:r>
        <w:rPr>
          <w:b w:val="0"/>
          <w:sz w:val="22"/>
        </w:rPr>
        <w:t>Handtekening : _____________________________________</w:t>
      </w:r>
    </w:p>
    <w:p>
      <w:r>
        <w:rPr>
          <w:b w:val="0"/>
          <w:sz w:val="22"/>
        </w:rPr>
        <w:t>Datum : 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https://briefklaar.com/voorbeeld-ontslagbrief-werkgever-sd-worx/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voorbeeld-ontslagbrief-werkgever-sd-worx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