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VERWIJSBRIEF GGZ</w:t>
      </w:r>
    </w:p>
    <w:p/>
    <w:p/>
    <w:p>
      <w:r>
        <w:rPr>
          <w:b/>
          <w:sz w:val="22"/>
        </w:rPr>
        <w:t>Afzender</w:t>
      </w:r>
    </w:p>
    <w:p>
      <w:r>
        <w:rPr>
          <w:b w:val="0"/>
          <w:sz w:val="20"/>
        </w:rPr>
        <w:t>Naam behandelaar : ________________________________________________</w:t>
      </w:r>
    </w:p>
    <w:p>
      <w:r>
        <w:rPr>
          <w:b w:val="0"/>
          <w:sz w:val="20"/>
        </w:rPr>
        <w:t>Organisatie : _____________________________________________________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>
      <w:r>
        <w:rPr>
          <w:b w:val="0"/>
          <w:sz w:val="20"/>
        </w:rPr>
        <w:t>Telefoonnummer : _________________________________________________</w:t>
      </w:r>
    </w:p>
    <w:p>
      <w:r>
        <w:rPr>
          <w:b w:val="0"/>
          <w:sz w:val="20"/>
        </w:rPr>
        <w:t>E-mailadres : _____________________________________________________</w:t>
      </w:r>
    </w:p>
    <w:p/>
    <w:p>
      <w:r>
        <w:rPr>
          <w:b/>
          <w:sz w:val="22"/>
        </w:rPr>
        <w:t>Gegevens patiënt</w:t>
      </w:r>
    </w:p>
    <w:p>
      <w:r>
        <w:rPr>
          <w:b w:val="0"/>
          <w:sz w:val="20"/>
        </w:rPr>
        <w:t>Naam : 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>
      <w:r>
        <w:rPr>
          <w:b w:val="0"/>
          <w:sz w:val="20"/>
        </w:rPr>
        <w:t>BSN : _____________________________________________________________</w:t>
      </w:r>
    </w:p>
    <w:p/>
    <w:p>
      <w:r>
        <w:rPr>
          <w:b/>
          <w:sz w:val="22"/>
        </w:rPr>
        <w:t>Geadresseerde</w:t>
      </w:r>
    </w:p>
    <w:p>
      <w:r>
        <w:rPr>
          <w:b w:val="0"/>
          <w:sz w:val="20"/>
        </w:rPr>
        <w:t>Naam behandelaar GGZ : ___________________________________________</w:t>
      </w:r>
    </w:p>
    <w:p>
      <w:r>
        <w:rPr>
          <w:b w:val="0"/>
          <w:sz w:val="20"/>
        </w:rPr>
        <w:t>Organisatie : _____________________________________________________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verwijs ik bovengenoemde patiënt door naar uw instelling voor geestelijke gezondheidszorg (GGZ).</w:t>
      </w:r>
    </w:p>
    <w:p/>
    <w:p>
      <w:r>
        <w:rPr>
          <w:b/>
          <w:sz w:val="22"/>
        </w:rPr>
        <w:t>Reden van verwijzing</w:t>
      </w:r>
    </w:p>
    <w:p>
      <w:r>
        <w:rPr>
          <w:b w:val="0"/>
          <w:sz w:val="20"/>
        </w:rPr>
        <w:t>De patiënt kampt met onderstaande problematiek waarvoor specialistische GGZ-behandeling wordt geadviseerd: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/>
    <w:p>
      <w:r>
        <w:rPr>
          <w:b/>
          <w:sz w:val="22"/>
        </w:rPr>
        <w:t>Relevante medische achtergrond</w:t>
      </w:r>
    </w:p>
    <w:p>
      <w:r>
        <w:rPr>
          <w:b w:val="0"/>
          <w:sz w:val="20"/>
        </w:rPr>
        <w:t>De voorgeschiedenis en relevante medische gegevens zijn als volgt: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/>
    <w:p>
      <w:r>
        <w:rPr>
          <w:b/>
          <w:sz w:val="22"/>
        </w:rPr>
        <w:t>Huidige medicatie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/>
    <w:p>
      <w:r>
        <w:rPr>
          <w:b/>
          <w:sz w:val="22"/>
        </w:rPr>
        <w:t>Gevraagde behandeling / doel van de verwijzing</w:t>
      </w:r>
    </w:p>
    <w:p>
      <w:r>
        <w:rPr>
          <w:b w:val="0"/>
          <w:sz w:val="20"/>
        </w:rPr>
        <w:t>Ik verzoek u de volgende behandeling te overwegen en in te zetten: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</w:t>
      </w:r>
    </w:p>
    <w:p/>
    <w:p>
      <w:r>
        <w:rPr>
          <w:b/>
          <w:sz w:val="22"/>
        </w:rPr>
        <w:t>Overige informatie</w:t>
      </w:r>
    </w:p>
    <w:p>
      <w:r>
        <w:rPr>
          <w:b w:val="0"/>
          <w:sz w:val="20"/>
        </w:rPr>
        <w:t>Indien nodig kunt u contact met mij opnemen voor aanvullende informatie of overleg.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Naam behandelaar</w:t>
      </w:r>
    </w:p>
    <w:p>
      <w:r>
        <w:rPr>
          <w:b w:val="0"/>
          <w:sz w:val="20"/>
        </w:rPr>
        <w:t>Handtekening</w:t>
      </w:r>
    </w:p>
    <w:p/>
    <w:p/>
    <w:p>
      <w:r>
        <w:rPr>
          <w:b w:val="0"/>
          <w:sz w:val="20"/>
        </w:rPr>
        <w:t>Plaats : ____________________________________</w:t>
      </w:r>
    </w:p>
    <w:p>
      <w:r>
        <w:rPr>
          <w:b w:val="0"/>
          <w:sz w:val="20"/>
        </w:rPr>
        <w:t>Datum : 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https://briefklaar.com/voorbeeld-verwijsbrief-ggz/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1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© GGZ Verwijsbrief - Vertrouwelijke informatie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briefklaar.com/voorbeeld-verwijsbrief-ggz/" TargetMode="External"/><Relationship Id="rId11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