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AFLOSSING SCHULD</w:t>
      </w:r>
    </w:p>
    <w:p/>
    <w:p/>
    <w:p>
      <w:r>
        <w:rPr>
          <w:b/>
          <w:sz w:val="20"/>
        </w:rPr>
        <w:t>Afzender:</w:t>
      </w:r>
    </w:p>
    <w:p>
      <w:r>
        <w:rPr>
          <w:b w:val="0"/>
          <w:sz w:val="20"/>
        </w:rPr>
        <w:t>Naam: _____________________________________________</w:t>
      </w:r>
    </w:p>
    <w:p>
      <w:r>
        <w:rPr>
          <w:b w:val="0"/>
          <w:sz w:val="20"/>
        </w:rPr>
        <w:t>Adres: ____________________________________________</w:t>
      </w:r>
    </w:p>
    <w:p>
      <w:r>
        <w:rPr>
          <w:b w:val="0"/>
          <w:sz w:val="20"/>
        </w:rPr>
        <w:t>Postcode en woonplaats: ____________________________</w:t>
      </w:r>
    </w:p>
    <w:p>
      <w:r>
        <w:rPr>
          <w:b w:val="0"/>
          <w:sz w:val="20"/>
        </w:rPr>
        <w:t>Telefoonnummer: ____________________________________</w:t>
      </w:r>
    </w:p>
    <w:p>
      <w:r>
        <w:rPr>
          <w:b w:val="0"/>
          <w:sz w:val="20"/>
        </w:rPr>
        <w:t>E-mailadres: ______________________________________</w:t>
      </w:r>
    </w:p>
    <w:p/>
    <w:p/>
    <w:p>
      <w:r>
        <w:rPr>
          <w:b/>
          <w:sz w:val="20"/>
        </w:rPr>
        <w:t>Gegevens schuldeiser:</w:t>
      </w:r>
    </w:p>
    <w:p>
      <w:r>
        <w:rPr>
          <w:b w:val="0"/>
          <w:sz w:val="20"/>
        </w:rPr>
        <w:t>Naam: _____________________________________________</w:t>
      </w:r>
    </w:p>
    <w:p>
      <w:r>
        <w:rPr>
          <w:b w:val="0"/>
          <w:sz w:val="20"/>
        </w:rPr>
        <w:t>Adres: ____________________________________________</w:t>
      </w:r>
    </w:p>
    <w:p>
      <w:r>
        <w:rPr>
          <w:b w:val="0"/>
          <w:sz w:val="20"/>
        </w:rPr>
        <w:t>Postcode en plaats: ________________________________</w:t>
      </w:r>
    </w:p>
    <w:p/>
    <w:p/>
    <w:p>
      <w:r>
        <w:rPr>
          <w:b/>
          <w:sz w:val="20"/>
        </w:rPr>
        <w:t>Betreft: Aflossing van openstaande schuld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bevestig ik dat ik de openstaande schuld bij u volledig wil aflossen. Ik verzoek u vriendelijk om de huidige stand van de schuld en de benodigde betaalgegevens te bevestigen.</w:t>
      </w:r>
    </w:p>
    <w:p/>
    <w:p>
      <w:r>
        <w:rPr>
          <w:b/>
          <w:sz w:val="20"/>
        </w:rPr>
        <w:t>Specificatie van de schuld:</w:t>
      </w:r>
    </w:p>
    <w:p>
      <w:r>
        <w:rPr>
          <w:b w:val="0"/>
          <w:sz w:val="20"/>
        </w:rPr>
        <w:t>Omschrijving schuld: ________________________________________________</w:t>
      </w:r>
    </w:p>
    <w:p>
      <w:r>
        <w:rPr>
          <w:b w:val="0"/>
          <w:sz w:val="20"/>
        </w:rPr>
        <w:t>Hoofdsom: € ___________________________________________________________</w:t>
      </w:r>
    </w:p>
    <w:p>
      <w:r>
        <w:rPr>
          <w:b w:val="0"/>
          <w:sz w:val="20"/>
        </w:rPr>
        <w:t>Rente en eventuele kosten: € ___________________________________________</w:t>
      </w:r>
    </w:p>
    <w:p>
      <w:r>
        <w:rPr>
          <w:b w:val="0"/>
          <w:sz w:val="20"/>
        </w:rPr>
        <w:t>Totaal te betalen bedrag: € ____________________________________________</w:t>
      </w:r>
    </w:p>
    <w:p/>
    <w:p>
      <w:r>
        <w:rPr>
          <w:b/>
          <w:sz w:val="20"/>
        </w:rPr>
        <w:t>Betalingsvoorwaarden:</w:t>
      </w:r>
    </w:p>
    <w:p>
      <w:r>
        <w:rPr>
          <w:b w:val="0"/>
          <w:sz w:val="20"/>
        </w:rPr>
        <w:t>Ik zal het afgesproken bedrag overmaken op het volgende rekeningnummer: _____________________________________________. Graag ontvang ik een bevestiging zodra de betaling is ontvangen en de schuld als voldaan beschouwd kan worden.</w:t>
      </w:r>
    </w:p>
    <w:p/>
    <w:p>
      <w:r>
        <w:rPr>
          <w:b w:val="0"/>
          <w:sz w:val="20"/>
        </w:rPr>
        <w:t>Mocht u nog vragen hebben, dan ben ik uiteraard bereid deze te beantwoorden. Ik hoop hiermee de schuld naar tevredenheid af te wikkelen.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Handtekening: _____________________________________________</w:t>
      </w:r>
    </w:p>
    <w:p/>
    <w:p/>
    <w:p>
      <w:r>
        <w:rPr>
          <w:b w:val="0"/>
          <w:sz w:val="20"/>
        </w:rPr>
        <w:t>Plaats: ___________________________</w:t>
      </w:r>
    </w:p>
    <w:p>
      <w:r>
        <w:rPr>
          <w:b w:val="0"/>
          <w:sz w:val="20"/>
        </w:rPr>
        <w:t>Datum: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afzender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Handtekening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https://briefklaar.com/voorbeeldbrief-aflossing-schuld/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aflossing-schu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