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VOORBEELDBRIEF AFSPRAAK MAKEN</w:t>
      </w:r>
    </w:p>
    <w:p/>
    <w:p/>
    <w:p>
      <w:r>
        <w:rPr>
          <w:b w:val="0"/>
          <w:sz w:val="20"/>
        </w:rPr>
        <w:t>Geachte heer/mevrouw,</w:t>
      </w:r>
    </w:p>
    <w:p/>
    <w:p>
      <w:r>
        <w:rPr>
          <w:b w:val="0"/>
          <w:sz w:val="20"/>
        </w:rPr>
        <w:t>Graag wil ik een afspraak met u maken om de mogelijkheden voor een samenwerking te bespreken. Ik ben erg geïnteresseerd in uw diensten en denk dat een persoonlijk gesprek ons beide kan helpen om een goede basis te leggen.</w:t>
      </w:r>
    </w:p>
    <w:p/>
    <w:p>
      <w:r>
        <w:rPr>
          <w:b w:val="0"/>
          <w:sz w:val="20"/>
        </w:rPr>
        <w:t>Ik stel voor om op een voor u geschikt moment af te spreken. U kunt mij bereiken via telefoon of e-mail om een datum en tijd af te stemmen.</w:t>
      </w:r>
    </w:p>
    <w:p/>
    <w:p>
      <w:r>
        <w:rPr>
          <w:b/>
          <w:sz w:val="20"/>
        </w:rPr>
        <w:t>Mijn contactgegevens zijn als volgt:</w:t>
      </w:r>
    </w:p>
    <w:p>
      <w:r>
        <w:rPr>
          <w:b w:val="0"/>
          <w:sz w:val="20"/>
        </w:rPr>
        <w:t>Naam : _____________________________________________________________</w:t>
      </w:r>
    </w:p>
    <w:p>
      <w:r>
        <w:rPr>
          <w:b w:val="0"/>
          <w:sz w:val="20"/>
        </w:rPr>
        <w:t>Telefoonnummer : ___________________________________________________</w:t>
      </w:r>
    </w:p>
    <w:p>
      <w:r>
        <w:rPr>
          <w:b w:val="0"/>
          <w:sz w:val="20"/>
        </w:rPr>
        <w:t>E-mailadres : _______________________________________________________</w:t>
      </w:r>
    </w:p>
    <w:p/>
    <w:p>
      <w:r>
        <w:rPr>
          <w:b w:val="0"/>
          <w:sz w:val="20"/>
        </w:rPr>
        <w:t>Ik zie uw reactie met belangstelling tegemoet en hoop spoedig een afspraak te kunnen maken.</w:t>
      </w:r>
    </w:p>
    <w:p/>
    <w:p/>
    <w:p>
      <w:r>
        <w:rPr>
          <w:b w:val="0"/>
          <w:sz w:val="20"/>
        </w:rPr>
        <w:t>Met vriendelijke groet,</w:t>
      </w:r>
    </w:p>
    <w:p/>
    <w:p/>
    <w:p/>
    <w:p/>
    <w:p>
      <w:r>
        <w:rPr>
          <w:b w:val="0"/>
          <w:sz w:val="20"/>
        </w:rPr>
        <w:t>Naam afzender : _________________________________________________</w:t>
      </w:r>
    </w:p>
    <w:p>
      <w:r>
        <w:rPr>
          <w:b w:val="0"/>
          <w:sz w:val="20"/>
        </w:rPr>
        <w:t>Functie : _______________________________________________________</w:t>
      </w:r>
    </w:p>
    <w:p>
      <w:r>
        <w:rPr>
          <w:b w:val="0"/>
          <w:sz w:val="20"/>
        </w:rPr>
        <w:t>Bedrijfsnaam : _________________________________________________</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Plaats:</w:t>
            </w:r>
          </w:p>
        </w:tc>
        <w:tc>
          <w:tcPr>
            <w:tcW w:type="dxa" w:w="4986"/>
            <w:tcBorders>
              <w:top w:val="nil"/>
              <w:left w:val="nil"/>
              <w:bottom w:val="nil"/>
              <w:right w:val="nil"/>
              <w:insideH w:val="nil"/>
              <w:insideV w:val="nil"/>
            </w:tcBorders>
          </w:tcPr>
          <w:p>
            <w:pPr>
              <w:jc w:val="left"/>
            </w:pPr>
            <w:r>
              <w:t>Datum:</w:t>
            </w:r>
          </w:p>
        </w:tc>
      </w:tr>
      <w:tr>
        <w:tc>
          <w:tcPr>
            <w:tcW w:type="dxa" w:w="4986"/>
            <w:tcBorders>
              <w:top w:val="nil"/>
              <w:left w:val="nil"/>
              <w:bottom w:val="nil"/>
              <w:right w:val="nil"/>
              <w:insideH w:val="nil"/>
              <w:insideV w:val="nil"/>
            </w:tcBorders>
          </w:tcPr>
          <w:p>
            <w:pPr>
              <w:jc w:val="left"/>
            </w:pPr>
            <w:r>
              <w:t>Handtekening:</w:t>
            </w:r>
          </w:p>
        </w:tc>
        <w:tc>
          <w:tcPr>
            <w:tcW w:type="dxa" w:w="4986"/>
            <w:tcBorders>
              <w:top w:val="nil"/>
              <w:left w:val="nil"/>
              <w:bottom w:val="nil"/>
              <w:right w:val="nil"/>
              <w:insideH w:val="nil"/>
              <w:insideV w:val="nil"/>
            </w:tcBorders>
          </w:tcPr>
          <w:p>
            <w:pPr>
              <w:jc w:val="left"/>
            </w:pPr>
            <w:r>
              <w:t>Handtekening:</w:t>
            </w:r>
          </w:p>
        </w:tc>
      </w:tr>
    </w:tbl>
    <w:p>
      <w:r>
        <w:br w:type="page"/>
      </w:r>
    </w:p>
    <w:p>
      <w:pPr>
        <w:jc w:val="center"/>
      </w:pPr>
      <w:r>
        <w:rPr>
          <w:color w:val="555555"/>
          <w:sz w:val="24"/>
        </w:rPr>
        <w:t>Oorspronkelijke bron van dit document:</w:t>
      </w:r>
    </w:p>
    <w:p>
      <w:pPr>
        <w:jc w:val="center"/>
      </w:pPr>
      <w:hyperlink r:id="rId9">
        <w:r>
          <w:rPr>
            <w:color w:val="0000FF"/>
            <w:u w:val="single"/>
          </w:rPr>
          <w:t>https://briefklaar.com/voorbeeldbrief-afspraak-maken/</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voorbeeldbrief-afspraak-maken/"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