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VOORBEELDBRIEF AKKOORD BUREN</w:t>
      </w:r>
    </w:p>
    <w:p/>
    <w:p/>
    <w:p>
      <w:r>
        <w:rPr>
          <w:b w:val="0"/>
          <w:sz w:val="22"/>
        </w:rPr>
        <w:t>Geachte buur,</w:t>
      </w:r>
    </w:p>
    <w:p/>
    <w:p>
      <w:r>
        <w:rPr>
          <w:b w:val="0"/>
          <w:sz w:val="22"/>
        </w:rPr>
        <w:t>Hierbij bevestigen wij ons akkoord met het voorstel rondom de aangelegenheid betreffende onze gemeenschappelijke erfgrens. Wij waarderen de open communicatie en samenwerking om tot een passende oplossing te komen.</w:t>
      </w:r>
    </w:p>
    <w:p/>
    <w:p>
      <w:r>
        <w:rPr>
          <w:b/>
          <w:sz w:val="22"/>
        </w:rPr>
        <w:t>Onderstaand vindt u de afspraken die wij gezamenlijk hebben gemaakt:</w:t>
      </w:r>
    </w:p>
    <w:p/>
    <w:p>
      <w:r>
        <w:rPr>
          <w:b w:val="0"/>
          <w:sz w:val="22"/>
        </w:rPr>
        <w:t>• Wij stemmen in met de geplande werkzaamheden zoals besproken.</w:t>
      </w:r>
    </w:p>
    <w:p>
      <w:r>
        <w:rPr>
          <w:b w:val="0"/>
          <w:sz w:val="22"/>
        </w:rPr>
        <w:t>• De kosten die voortkomen uit deze werkzaamheden worden als volgt verdeeld: ________________________________.</w:t>
      </w:r>
    </w:p>
    <w:p>
      <w:r>
        <w:rPr>
          <w:b w:val="0"/>
          <w:sz w:val="22"/>
        </w:rPr>
        <w:t>• Eventuele schade die tijdens de werkzaamheden ontstaat, zal conform de geldende afspraken worden hersteld.</w:t>
      </w:r>
    </w:p>
    <w:p>
      <w:r>
        <w:rPr>
          <w:b w:val="0"/>
          <w:sz w:val="22"/>
        </w:rPr>
        <w:t>• De werkzaamheden zullen worden uitgevoerd binnen de afgesproken termijn van ______ tot ______.</w:t>
      </w:r>
    </w:p>
    <w:p>
      <w:r>
        <w:rPr>
          <w:b w:val="0"/>
          <w:sz w:val="22"/>
        </w:rPr>
        <w:t>• Bij eventuele onvoorziene omstandigheden zullen wij elkaar tijdig informeren en in overleg treden.</w:t>
      </w:r>
    </w:p>
    <w:p/>
    <w:p>
      <w:r>
        <w:rPr>
          <w:b w:val="0"/>
          <w:sz w:val="22"/>
        </w:rPr>
        <w:t>Wij vertrouwen erop dat hiermee alles duidelijk is en zien uit naar een goede voortzetting van onze buurtrelatie.</w:t>
      </w:r>
    </w:p>
    <w:p/>
    <w:p/>
    <w:p>
      <w:r>
        <w:rPr>
          <w:b w:val="0"/>
          <w:sz w:val="22"/>
        </w:rPr>
        <w:t>Met vriendelijke groet,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buur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buur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https://briefklaar.com/voorbeeldbrief-akkoord-buren/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akkoord-buren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