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VOORBEELDBRIEF BELASTINGDIENST BTW-NUMMER HERACTIVEREN</w:t>
      </w:r>
    </w:p>
    <w:p/>
    <w:p/>
    <w:p>
      <w:r>
        <w:rPr>
          <w:b/>
          <w:sz w:val="20"/>
        </w:rPr>
        <w:t>Belastingdienst</w:t>
      </w:r>
    </w:p>
    <w:p>
      <w:r>
        <w:rPr>
          <w:b w:val="0"/>
          <w:sz w:val="20"/>
        </w:rPr>
        <w:t>Postbus 12345</w:t>
      </w:r>
    </w:p>
    <w:p>
      <w:r>
        <w:rPr>
          <w:b w:val="0"/>
          <w:sz w:val="20"/>
        </w:rPr>
        <w:t>1234 AB Plaatsnaam</w:t>
      </w:r>
    </w:p>
    <w:p/>
    <w:p/>
    <w:p>
      <w:r>
        <w:rPr>
          <w:b/>
          <w:sz w:val="20"/>
        </w:rPr>
        <w:t>Betreft: Heractiveren van mijn btw-nummer</w:t>
      </w:r>
    </w:p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Hierbij verzoek ik u vriendelijk om mijn btw-nummer te heractiveren. Het btw-nummer is momenteel niet actief, maar ik ben voornemens mijn onderneming weer te starten/voort te zetten.</w:t>
      </w:r>
    </w:p>
    <w:p/>
    <w:p>
      <w:r>
        <w:rPr>
          <w:b/>
          <w:sz w:val="20"/>
        </w:rPr>
        <w:t>Hieronder vindt u mijn gegevens:</w:t>
      </w:r>
    </w:p>
    <w:p>
      <w:r>
        <w:rPr>
          <w:b w:val="0"/>
          <w:sz w:val="20"/>
        </w:rPr>
        <w:t>Naam: ____________________________________________________________</w:t>
      </w:r>
    </w:p>
    <w:p>
      <w:r>
        <w:rPr>
          <w:b w:val="0"/>
          <w:sz w:val="20"/>
        </w:rPr>
        <w:t>Adres: ___________________________________________________________</w:t>
      </w:r>
    </w:p>
    <w:p>
      <w:r>
        <w:rPr>
          <w:b w:val="0"/>
          <w:sz w:val="20"/>
        </w:rPr>
        <w:t>Postcode en woonplaats: ____________________________________________</w:t>
      </w:r>
    </w:p>
    <w:p>
      <w:r>
        <w:rPr>
          <w:b w:val="0"/>
          <w:sz w:val="20"/>
        </w:rPr>
        <w:t>Btw-nummer: ______________________________________________________</w:t>
      </w:r>
    </w:p>
    <w:p>
      <w:r>
        <w:rPr>
          <w:b w:val="0"/>
          <w:sz w:val="20"/>
        </w:rPr>
        <w:t>KvK-nummer: _______________________________________________________</w:t>
      </w:r>
    </w:p>
    <w:p/>
    <w:p>
      <w:r>
        <w:rPr>
          <w:b/>
          <w:sz w:val="20"/>
        </w:rPr>
        <w:t>Reden voor heractivering: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 w:val="0"/>
          <w:sz w:val="20"/>
        </w:rPr>
        <w:t>Ik verklaar dat ik aan alle voorwaarden voldoe om weer btw-plichtig te zijn en dat ik mijn administratie op orde zal houden conform de geldende wet- en regelgeving.</w:t>
      </w:r>
    </w:p>
    <w:p/>
    <w:p>
      <w:r>
        <w:rPr>
          <w:b w:val="0"/>
          <w:sz w:val="20"/>
        </w:rPr>
        <w:t>Ik vertrouw erop u hiermee voldoende te hebben geïnformeerd en zie uw bevestiging van heractivering van mijn btw-nummer graag tegemoet.</w:t>
      </w:r>
    </w:p>
    <w:p/>
    <w:p/>
    <w:p>
      <w:r>
        <w:rPr>
          <w:b w:val="0"/>
          <w:sz w:val="20"/>
        </w:rPr>
        <w:t>Met vriendelijke groet,</w:t>
      </w:r>
    </w:p>
    <w:p/>
    <w:p/>
    <w:p/>
    <w:p>
      <w:r>
        <w:rPr>
          <w:b w:val="0"/>
          <w:sz w:val="20"/>
        </w:rPr>
        <w:t>Naam: _____________________________________________________________</w:t>
      </w:r>
    </w:p>
    <w:p>
      <w:r>
        <w:rPr>
          <w:b w:val="0"/>
          <w:sz w:val="20"/>
        </w:rPr>
        <w:t>Handtekening: ______________________________________________________</w:t>
      </w:r>
    </w:p>
    <w:p/>
    <w:p/>
    <w:p>
      <w:r>
        <w:rPr>
          <w:b w:val="0"/>
          <w:sz w:val="20"/>
        </w:rPr>
        <w:t>Plaats: ______________________              Datum: 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Aanvrager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Belastingdienst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https://briefklaar.com/voorbeeldbrief-belastingdienst-btw-nummer-heractiveren/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voorbeeldbrief-belastingdienst-btw-nummer-heractiveren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