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BEVESTIGING OUDERSCHAPSVERLOF</w:t>
      </w:r>
    </w:p>
    <w:p/>
    <w:p/>
    <w:p>
      <w:r>
        <w:rPr>
          <w:b/>
          <w:sz w:val="20"/>
        </w:rPr>
        <w:t>Gegevens Werkgever:</w:t>
      </w:r>
    </w:p>
    <w:p>
      <w:r>
        <w:rPr>
          <w:b w:val="0"/>
          <w:sz w:val="20"/>
        </w:rPr>
        <w:t>Naam organisatie : ________________________________________________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</w:t>
      </w:r>
    </w:p>
    <w:p>
      <w:r>
        <w:rPr>
          <w:b w:val="0"/>
          <w:sz w:val="20"/>
        </w:rPr>
        <w:t>Telefoonnummer : _________________________________________________</w:t>
      </w:r>
    </w:p>
    <w:p/>
    <w:p>
      <w:r>
        <w:rPr>
          <w:b/>
          <w:sz w:val="20"/>
        </w:rPr>
        <w:t>Gegevens Werknemer:</w:t>
      </w:r>
    </w:p>
    <w:p>
      <w:r>
        <w:rPr>
          <w:b w:val="0"/>
          <w:sz w:val="20"/>
        </w:rPr>
        <w:t>Naam : 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</w:t>
      </w:r>
    </w:p>
    <w:p>
      <w:r>
        <w:rPr>
          <w:b w:val="0"/>
          <w:sz w:val="20"/>
        </w:rPr>
        <w:t>Functie : _________________________________________________________</w:t>
      </w:r>
    </w:p>
    <w:p/>
    <w:p>
      <w:r>
        <w:rPr>
          <w:b/>
          <w:sz w:val="20"/>
        </w:rPr>
        <w:t>Onderwerp: Bevestiging Ouderschapsverlof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bevestigen wij de ontvangst van uw verzoek tot het opnemen van ouderschapsverlof conform de Wet arbeid en zorg.</w:t>
      </w:r>
    </w:p>
    <w:p/>
    <w:p>
      <w:r>
        <w:rPr>
          <w:b w:val="0"/>
          <w:sz w:val="20"/>
        </w:rPr>
        <w:t>Wij gaan akkoord met het opnemen van ouderschapsverlof voor de periode van _______________________ tot _______________________.</w:t>
      </w:r>
    </w:p>
    <w:p/>
    <w:p>
      <w:r>
        <w:rPr>
          <w:b w:val="0"/>
          <w:sz w:val="20"/>
        </w:rPr>
        <w:t>Tijdens deze periode heeft u recht op een onbetaald verlof van maximaal 26 keer het aantal werkuren per week, verdeeld over een periode van maximaal zes maanden.</w:t>
      </w:r>
    </w:p>
    <w:p/>
    <w:p>
      <w:r>
        <w:rPr>
          <w:b w:val="0"/>
          <w:sz w:val="20"/>
        </w:rPr>
        <w:t>Wij verzoeken u vriendelijk om eventuele wijzigingen in uw verlofplannen tijdig aan ons door te geven.</w:t>
      </w:r>
    </w:p>
    <w:p/>
    <w:p>
      <w:r>
        <w:rPr>
          <w:b w:val="0"/>
          <w:sz w:val="20"/>
        </w:rPr>
        <w:t>Indien u vragen heeft over de uitvoering van het ouderschapsverlof of andere gerelateerde zaken, kunt u contact opnemen met de afdeling personeelszaken.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Naam en handtekening Werkgever</w:t>
      </w:r>
    </w:p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Naam en handtekening Werknemer</w:t>
      </w:r>
    </w:p>
    <w:p/>
    <w:p/>
    <w:p>
      <w:r>
        <w:rPr>
          <w:b w:val="0"/>
          <w:sz w:val="20"/>
        </w:rPr>
        <w:t>Plaats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https://briefklaar.com/voorbeeldbrief-bevestiging-ouderschapsverlof-werkgever/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bevestiging-ouderschapsverlof-werkgever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