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BEZWAAR FUNCTIEWAARDERING</w:t>
      </w:r>
    </w:p>
    <w:p/>
    <w:p/>
    <w:p>
      <w:r>
        <w:rPr>
          <w:b/>
          <w:sz w:val="20"/>
        </w:rPr>
        <w:t>Aan:</w:t>
      </w:r>
    </w:p>
    <w:p>
      <w:r>
        <w:rPr>
          <w:b w:val="0"/>
          <w:sz w:val="20"/>
        </w:rPr>
        <w:t>Naam organisatie / afdeling</w:t>
      </w:r>
    </w:p>
    <w:p>
      <w:r>
        <w:rPr>
          <w:b w:val="0"/>
          <w:sz w:val="20"/>
        </w:rPr>
        <w:t>Adres</w:t>
      </w:r>
    </w:p>
    <w:p>
      <w:r>
        <w:rPr>
          <w:b w:val="0"/>
          <w:sz w:val="20"/>
        </w:rPr>
        <w:t>Postcode en plaats</w:t>
      </w:r>
    </w:p>
    <w:p/>
    <w:p/>
    <w:p>
      <w:r>
        <w:rPr>
          <w:b/>
          <w:sz w:val="20"/>
        </w:rPr>
        <w:t>Van:</w:t>
      </w:r>
    </w:p>
    <w:p>
      <w:r>
        <w:rPr>
          <w:b w:val="0"/>
          <w:sz w:val="20"/>
        </w:rPr>
        <w:t>Naam</w:t>
      </w:r>
    </w:p>
    <w:p>
      <w:r>
        <w:rPr>
          <w:b w:val="0"/>
          <w:sz w:val="20"/>
        </w:rPr>
        <w:t>Adres</w:t>
      </w:r>
    </w:p>
    <w:p>
      <w:r>
        <w:rPr>
          <w:b w:val="0"/>
          <w:sz w:val="20"/>
        </w:rPr>
        <w:t>Postcode en plaats</w:t>
      </w:r>
    </w:p>
    <w:p/>
    <w:p/>
    <w:p>
      <w:r>
        <w:rPr>
          <w:b/>
          <w:sz w:val="20"/>
        </w:rPr>
        <w:t>Betreft: Bezwaar tegen functiewaardering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maak ik bezwaar tegen de door u vastgestelde functiewaardering van mijn functie. Ik ben van mening dat de huidige waardering niet recht doet aan de werkelijke inhoud en verantwoordelijkheden van mijn functie binnen de organisatie.</w:t>
      </w:r>
    </w:p>
    <w:p/>
    <w:p>
      <w:r>
        <w:rPr>
          <w:b/>
          <w:sz w:val="20"/>
        </w:rPr>
        <w:t>Mijn belangrijkste bezwaren zijn:</w:t>
      </w:r>
    </w:p>
    <w:p>
      <w:r>
        <w:rPr>
          <w:b w:val="0"/>
          <w:sz w:val="20"/>
        </w:rPr>
        <w:t>1. De zwaarte van de taken en verantwoordelijkheden is hoger dan in de waardering is weergegeven.</w:t>
      </w:r>
    </w:p>
    <w:p>
      <w:r>
        <w:rPr>
          <w:b w:val="0"/>
          <w:sz w:val="20"/>
        </w:rPr>
        <w:t>2. Bepaalde taken die ik uitvoer, zoals ________________, zijn niet meegenomen in de beoordeling.</w:t>
      </w:r>
    </w:p>
    <w:p>
      <w:r>
        <w:rPr>
          <w:b w:val="0"/>
          <w:sz w:val="20"/>
        </w:rPr>
        <w:t>3. De complexiteit van de functie en de vereiste vaardigheden worden onderschat.</w:t>
      </w:r>
    </w:p>
    <w:p/>
    <w:p>
      <w:r>
        <w:rPr>
          <w:b w:val="0"/>
          <w:sz w:val="20"/>
        </w:rPr>
        <w:t>Ik verzoek u vriendelijk om mijn functiewaardering opnieuw te beoordelen, met inachtneming van de bovengenoemde punten. Graag ontvang ik een schriftelijke reactie op mijn bezwaar.</w:t>
      </w:r>
    </w:p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Naam:</w:t>
      </w:r>
    </w:p>
    <w:p>
      <w:r>
        <w:rPr>
          <w:b w:val="0"/>
          <w:sz w:val="20"/>
        </w:rPr>
        <w:t>Handtekening:</w:t>
      </w:r>
    </w:p>
    <w:p/>
    <w:p>
      <w:r>
        <w:rPr>
          <w:b w:val="0"/>
          <w:sz w:val="20"/>
        </w:rPr>
        <w:t>Plaats:</w:t>
      </w:r>
    </w:p>
    <w:p>
      <w:r>
        <w:rPr>
          <w:b w:val="0"/>
          <w:sz w:val="20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Ondertekenaar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https://briefklaar.com/voorbeeldbrief-bezwaar-functiewaardering/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bezwaar-functiewaardering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