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BEZWAAR TEGEN SCHORSING VAN SCHOOL</w:t>
      </w:r>
    </w:p>
    <w:p/>
    <w:p/>
    <w:p>
      <w:r>
        <w:rPr>
          <w:b/>
          <w:sz w:val="20"/>
        </w:rPr>
        <w:t>Afzender :</w:t>
      </w:r>
    </w:p>
    <w:p>
      <w:r>
        <w:rPr>
          <w:b w:val="0"/>
          <w:sz w:val="20"/>
        </w:rPr>
        <w:t>Naam : _____________________________________________________________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</w:t>
      </w:r>
    </w:p>
    <w:p>
      <w:r>
        <w:rPr>
          <w:b w:val="0"/>
          <w:sz w:val="20"/>
        </w:rPr>
        <w:t>Postcode en woonplaats : ____________________________________________</w:t>
      </w:r>
    </w:p>
    <w:p>
      <w:r>
        <w:rPr>
          <w:b w:val="0"/>
          <w:sz w:val="20"/>
        </w:rPr>
        <w:t>Telefoonnummer : ___________________________________________________</w:t>
      </w:r>
    </w:p>
    <w:p>
      <w:r>
        <w:rPr>
          <w:b w:val="0"/>
          <w:sz w:val="20"/>
        </w:rPr>
        <w:t>E-mailadres : ______________________________________________________</w:t>
      </w:r>
    </w:p>
    <w:p/>
    <w:p>
      <w:r>
        <w:rPr>
          <w:b/>
          <w:sz w:val="20"/>
        </w:rPr>
        <w:t>School :</w:t>
      </w:r>
    </w:p>
    <w:p>
      <w:r>
        <w:rPr>
          <w:b w:val="0"/>
          <w:sz w:val="20"/>
        </w:rPr>
        <w:t>Naam school : ______________________________________________________</w:t>
      </w:r>
    </w:p>
    <w:p>
      <w:r>
        <w:rPr>
          <w:b w:val="0"/>
          <w:sz w:val="20"/>
        </w:rPr>
        <w:t>Adres school : _____________________________________________________</w:t>
      </w:r>
    </w:p>
    <w:p>
      <w:r>
        <w:rPr>
          <w:b w:val="0"/>
          <w:sz w:val="20"/>
        </w:rPr>
        <w:t>Postcode en plaats school : _________________________________________</w:t>
      </w:r>
    </w:p>
    <w:p/>
    <w:p/>
    <w:p>
      <w:r>
        <w:rPr>
          <w:b/>
          <w:sz w:val="20"/>
        </w:rPr>
        <w:t>Betreft : Bezwaar tegen schorsing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maak ik bezwaar tegen de schorsing van mijn kind, genoemd in het besluit dat ik van de school heb ontvangen.</w:t>
      </w:r>
    </w:p>
    <w:p/>
    <w:p>
      <w:r>
        <w:rPr>
          <w:b/>
          <w:sz w:val="20"/>
        </w:rPr>
        <w:t>Gegevens leerling :</w:t>
      </w:r>
    </w:p>
    <w:p>
      <w:r>
        <w:rPr>
          <w:b w:val="0"/>
          <w:sz w:val="20"/>
        </w:rPr>
        <w:t>Naam leerling : ____________________________________________________</w:t>
      </w:r>
    </w:p>
    <w:p>
      <w:r>
        <w:rPr>
          <w:b w:val="0"/>
          <w:sz w:val="20"/>
        </w:rPr>
        <w:t>Geboortedatum : ___________________________________________________</w:t>
      </w:r>
    </w:p>
    <w:p>
      <w:r>
        <w:rPr>
          <w:b w:val="0"/>
          <w:sz w:val="20"/>
        </w:rPr>
        <w:t>Klas/groep : _______________________________________________________</w:t>
      </w:r>
    </w:p>
    <w:p/>
    <w:p>
      <w:r>
        <w:rPr>
          <w:b/>
          <w:sz w:val="20"/>
        </w:rPr>
        <w:t>Reden van bezwaar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 w:val="0"/>
          <w:sz w:val="20"/>
        </w:rPr>
        <w:t>Ik verzoek u het besluit tot schorsing te heroverwegen en de schorsing te herroepen.</w:t>
      </w:r>
    </w:p>
    <w:p/>
    <w:p>
      <w:r>
        <w:rPr>
          <w:b w:val="0"/>
          <w:sz w:val="20"/>
        </w:rPr>
        <w:t>Graag ontvang ik een schriftelijke bevestiging van de ontvangst van dit bezwaar.</w:t>
      </w:r>
    </w:p>
    <w:p/>
    <w:p>
      <w:r>
        <w:rPr>
          <w:b w:val="0"/>
          <w:sz w:val="20"/>
        </w:rPr>
        <w:t>Met vriendelijke groet,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Handtekening</w:t>
      </w:r>
    </w:p>
    <w:p/>
    <w:p/>
    <w:p>
      <w:r>
        <w:rPr>
          <w:b w:val="0"/>
          <w:sz w:val="20"/>
        </w:rPr>
        <w:t>Plaats : ____________________________</w:t>
      </w:r>
    </w:p>
    <w:p>
      <w:r>
        <w:rPr>
          <w:b w:val="0"/>
          <w:sz w:val="20"/>
        </w:rPr>
        <w:t>Datum : 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School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Contactpersoon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Telefoon : 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Telefoon : 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https://briefklaar.com/voorbeeldbrief-bezwaar-schorsing-school/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bezwaar-schorsing-school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