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VOORBEELDBRIEF HUURVERHOGING</w:t>
      </w:r>
    </w:p>
    <w:p/>
    <w:p/>
    <w:p>
      <w:r>
        <w:rPr>
          <w:b/>
          <w:sz w:val="20"/>
        </w:rPr>
        <w:t>Afzender :</w:t>
      </w:r>
    </w:p>
    <w:p>
      <w:r>
        <w:rPr>
          <w:b w:val="0"/>
          <w:sz w:val="20"/>
        </w:rPr>
        <w:t>Naam verhuurder : _________________________________________________</w:t>
      </w:r>
    </w:p>
    <w:p>
      <w:r>
        <w:rPr>
          <w:b w:val="0"/>
          <w:sz w:val="20"/>
        </w:rPr>
        <w:t>Adres verhuurder : _________________________________________________</w:t>
      </w:r>
    </w:p>
    <w:p>
      <w:r>
        <w:rPr>
          <w:b w:val="0"/>
          <w:sz w:val="20"/>
        </w:rPr>
        <w:t>Postcode en plaats : ________________________________________________</w:t>
      </w:r>
    </w:p>
    <w:p>
      <w:r>
        <w:rPr>
          <w:b w:val="0"/>
          <w:sz w:val="20"/>
        </w:rPr>
        <w:t>Telefoonnummer : _________________________________________________</w:t>
      </w:r>
    </w:p>
    <w:p>
      <w:r>
        <w:rPr>
          <w:b w:val="0"/>
          <w:sz w:val="20"/>
        </w:rPr>
        <w:t>E-mailadres : ____________________________________________________</w:t>
      </w:r>
    </w:p>
    <w:p/>
    <w:p>
      <w:r>
        <w:rPr>
          <w:b/>
          <w:sz w:val="20"/>
        </w:rPr>
        <w:t>Gegevens huurder :</w:t>
      </w:r>
    </w:p>
    <w:p>
      <w:r>
        <w:rPr>
          <w:b w:val="0"/>
          <w:sz w:val="20"/>
        </w:rPr>
        <w:t>Naam huurder : ____________________________________________________</w:t>
      </w:r>
    </w:p>
    <w:p>
      <w:r>
        <w:rPr>
          <w:b w:val="0"/>
          <w:sz w:val="20"/>
        </w:rPr>
        <w:t>Adres huurwoning : ________________________________________________</w:t>
      </w:r>
    </w:p>
    <w:p>
      <w:r>
        <w:rPr>
          <w:b w:val="0"/>
          <w:sz w:val="20"/>
        </w:rPr>
        <w:t>Postcode en plaats : ________________________________________________</w:t>
      </w:r>
    </w:p>
    <w:p/>
    <w:p>
      <w:r>
        <w:rPr>
          <w:b/>
          <w:sz w:val="20"/>
        </w:rPr>
        <w:t>Betreft : Huurverhoging woning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informeren wij u over een voorgenomen huurverhoging van uw huurwoning. Deze huurverhoging vindt plaats op grond van de geldende wet- en regelgeving en de afspraken in het huurcontract.</w:t>
      </w:r>
    </w:p>
    <w:p/>
    <w:p>
      <w:r>
        <w:rPr>
          <w:b w:val="0"/>
          <w:sz w:val="20"/>
        </w:rPr>
        <w:t>De huidige kale huurprijs bedraagt: € ______________ per maand.</w:t>
      </w:r>
    </w:p>
    <w:p/>
    <w:p>
      <w:r>
        <w:rPr>
          <w:b w:val="0"/>
          <w:sz w:val="20"/>
        </w:rPr>
        <w:t>De huurprijs zal per de eerstvolgende huurverhogingsdatum worden verhoogd naar: € ______________ per maand.</w:t>
      </w:r>
    </w:p>
    <w:p/>
    <w:p>
      <w:r>
        <w:rPr>
          <w:b w:val="0"/>
          <w:sz w:val="20"/>
        </w:rPr>
        <w:t>Dit komt neer op een verhoging van ____ % ten opzichte van de huidige huurprijs.</w:t>
      </w:r>
    </w:p>
    <w:p/>
    <w:p>
      <w:r>
        <w:rPr>
          <w:b/>
          <w:sz w:val="20"/>
        </w:rPr>
        <w:t>De huurverhoging is gebaseerd op de volgende redenen:</w:t>
      </w:r>
    </w:p>
    <w:p>
      <w:r>
        <w:rPr>
          <w:b w:val="0"/>
          <w:sz w:val="20"/>
        </w:rPr>
        <w:t>- Inflatiecorrectie conform het huurprijsindexcijfer.</w:t>
      </w:r>
    </w:p>
    <w:p>
      <w:r>
        <w:rPr>
          <w:b w:val="0"/>
          <w:sz w:val="20"/>
        </w:rPr>
        <w:t>- Verbeteringen aan de woning die de kwaliteit en woonwaarde verhogen.</w:t>
      </w:r>
    </w:p>
    <w:p>
      <w:r>
        <w:rPr>
          <w:b w:val="0"/>
          <w:sz w:val="20"/>
        </w:rPr>
        <w:t>- Overige wettelijke en contractuele bepalingen.</w:t>
      </w:r>
    </w:p>
    <w:p/>
    <w:p>
      <w:r>
        <w:rPr>
          <w:b w:val="0"/>
          <w:sz w:val="20"/>
        </w:rPr>
        <w:t>Volgens de Nederlandse wetgeving mag de huurprijs jaarlijks met maximaal het toegestane percentage worden verhoogd. Deze verhoging blijft binnen de geldende grenzen.</w:t>
      </w:r>
    </w:p>
    <w:p/>
    <w:p>
      <w:r>
        <w:rPr>
          <w:b w:val="0"/>
          <w:sz w:val="20"/>
        </w:rPr>
        <w:t>Indien u vragen heeft over deze huurverhoging of meer informatie wenst, kunt u contact met ons opnemen via bovenstaande contactgegevens.</w:t>
      </w:r>
    </w:p>
    <w:p/>
    <w:p>
      <w:r>
        <w:rPr>
          <w:b w:val="0"/>
          <w:sz w:val="20"/>
        </w:rPr>
        <w:t>Wij vertrouwen erop u hiermee voldoende te hebben geïnformeerd.</w:t>
      </w:r>
    </w:p>
    <w:p/>
    <w:p/>
    <w:p>
      <w:r>
        <w:rPr>
          <w:b w:val="0"/>
          <w:sz w:val="20"/>
        </w:rPr>
        <w:t>Met vriendelijke groet,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Naam verhuurder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t>Handtekening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https://briefklaar.com/voorbeeldbrief-huurverhoging/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brief-huurverhoging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