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VOORBEELDBRIEF IN GEBREKE STELLEN KOPER HUIS</w:t>
      </w:r>
    </w:p>
    <w:p/>
    <w:p/>
    <w:p>
      <w:r>
        <w:rPr>
          <w:b w:val="0"/>
          <w:sz w:val="20"/>
        </w:rPr>
        <w:t>Naam koper : ________________________________________________</w:t>
      </w:r>
    </w:p>
    <w:p>
      <w:r>
        <w:rPr>
          <w:b w:val="0"/>
          <w:sz w:val="20"/>
        </w:rPr>
        <w:t>Adres koper : ________________________________________________</w:t>
      </w:r>
    </w:p>
    <w:p>
      <w:r>
        <w:rPr>
          <w:b w:val="0"/>
          <w:sz w:val="20"/>
        </w:rPr>
        <w:t>Postcode en plaats : __________________________________________</w:t>
      </w:r>
    </w:p>
    <w:p/>
    <w:p/>
    <w:p>
      <w:r>
        <w:rPr>
          <w:b w:val="0"/>
          <w:sz w:val="20"/>
        </w:rPr>
        <w:t>Naam verkoper : ______________________________________________</w:t>
      </w:r>
    </w:p>
    <w:p>
      <w:r>
        <w:rPr>
          <w:b w:val="0"/>
          <w:sz w:val="20"/>
        </w:rPr>
        <w:t>Adres verkoper : ______________________________________________</w:t>
      </w:r>
    </w:p>
    <w:p>
      <w:r>
        <w:rPr>
          <w:b w:val="0"/>
          <w:sz w:val="20"/>
        </w:rPr>
        <w:t>Postcode en plaats : __________________________________________</w:t>
      </w:r>
    </w:p>
    <w:p/>
    <w:p/>
    <w:p>
      <w:r>
        <w:rPr>
          <w:b/>
          <w:sz w:val="20"/>
        </w:rPr>
        <w:t>Betreft : ingebrekestelling koopovereenkomst woning</w:t>
      </w:r>
    </w:p>
    <w:p/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stel ik u formeel in gebreke wegens het niet nakomen van uw verplichtingen uit de koopovereenkomst betreffende de woning aan het hierboven genoemde adres. Volgens onze overeenkomst bent u gehouden tot volledige nakoming van de afgesproken voorwaarden.</w:t>
      </w:r>
    </w:p>
    <w:p/>
    <w:p>
      <w:r>
        <w:rPr>
          <w:b w:val="0"/>
          <w:sz w:val="20"/>
        </w:rPr>
        <w:t>Tot op heden hebt u niet voldaan aan de volgende verplichtingen: __________________________________________________________________________________________.</w:t>
      </w:r>
    </w:p>
    <w:p/>
    <w:p>
      <w:r>
        <w:rPr>
          <w:b w:val="0"/>
          <w:sz w:val="20"/>
        </w:rPr>
        <w:t>Ik verzoek u hierbij om binnen een termijn van 14 dagen na dagtekening van deze brief alsnog volledig aan uw verplichtingen te voldoen. Indien u binnen deze termijn niet nakomt, zie ik mij genoodzaakt verdere juridische stappen te ondernemen, waaronder het ontbinden van de koopovereenkomst en het vorderen van schadevergoeding.</w:t>
      </w:r>
    </w:p>
    <w:p/>
    <w:p>
      <w:r>
        <w:rPr>
          <w:b w:val="0"/>
          <w:sz w:val="20"/>
        </w:rPr>
        <w:t>Ik vertrouw erop dat het niet zover hoeft te komen en dat u de situatie spoedig zult herstellen.</w:t>
      </w:r>
    </w:p>
    <w:p/>
    <w:p/>
    <w:p>
      <w:r>
        <w:rPr>
          <w:b w:val="0"/>
          <w:sz w:val="20"/>
        </w:rPr>
        <w:t>Met vriendelijke groet,</w:t>
      </w:r>
    </w:p>
    <w:p/>
    <w:p/>
    <w:p/>
    <w:p/>
    <w:p>
      <w:r>
        <w:rPr>
          <w:b w:val="0"/>
          <w:sz w:val="20"/>
        </w:rPr>
        <w:t>Naam verkoper : ______________________________________________</w:t>
      </w:r>
    </w:p>
    <w:p>
      <w:r>
        <w:rPr>
          <w:b w:val="0"/>
          <w:sz w:val="20"/>
        </w:rPr>
        <w:t>Handtekening : ______________________________________________</w:t>
      </w:r>
    </w:p>
    <w:p/>
    <w:p/>
    <w:p>
      <w:r>
        <w:rPr>
          <w:b w:val="0"/>
          <w:sz w:val="20"/>
        </w:rPr>
        <w:t>Plaats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KOPER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VERKOPER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https://briefklaar.com/voorbeeldbrief-in-gebreke-stellen-koper-huis/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brief-in-gebreke-stellen-koper-huis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