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0"/>
        </w:rPr>
        <w:t>VOORBEELDBRIEF INLEVEREN BEDRIJFSEIGENDOMMEN</w:t>
      </w:r>
    </w:p>
    <w:p/>
    <w:p/>
    <w:p>
      <w:r>
        <w:rPr>
          <w:b/>
          <w:sz w:val="20"/>
        </w:rPr>
        <w:t>Aan :</w:t>
      </w:r>
    </w:p>
    <w:p>
      <w:r>
        <w:rPr>
          <w:b w:val="0"/>
          <w:sz w:val="20"/>
        </w:rPr>
        <w:t>Naam : ____________________________________________________________</w:t>
      </w:r>
    </w:p>
    <w:p>
      <w:r>
        <w:rPr>
          <w:b w:val="0"/>
          <w:sz w:val="20"/>
        </w:rPr>
        <w:t>Adres : ___________________________________________________________</w:t>
      </w:r>
    </w:p>
    <w:p>
      <w:r>
        <w:rPr>
          <w:b w:val="0"/>
          <w:sz w:val="20"/>
        </w:rPr>
        <w:t>Postcode en plaats : _______________________________________________</w:t>
      </w:r>
    </w:p>
    <w:p/>
    <w:p/>
    <w:p>
      <w:r>
        <w:rPr>
          <w:b/>
          <w:sz w:val="20"/>
        </w:rPr>
        <w:t>Van :</w:t>
      </w:r>
    </w:p>
    <w:p>
      <w:r>
        <w:rPr>
          <w:b w:val="0"/>
          <w:sz w:val="20"/>
        </w:rPr>
        <w:t>Naam : ____________________________________________________________</w:t>
      </w:r>
    </w:p>
    <w:p>
      <w:r>
        <w:rPr>
          <w:b w:val="0"/>
          <w:sz w:val="20"/>
        </w:rPr>
        <w:t>Adres : ___________________________________________________________</w:t>
      </w:r>
    </w:p>
    <w:p>
      <w:r>
        <w:rPr>
          <w:b w:val="0"/>
          <w:sz w:val="20"/>
        </w:rPr>
        <w:t>Postcode en plaats : _______________________________________________</w:t>
      </w:r>
    </w:p>
    <w:p/>
    <w:p/>
    <w:p>
      <w:r>
        <w:rPr>
          <w:b/>
          <w:sz w:val="20"/>
        </w:rPr>
        <w:t>Betreft: Inleveren bedrijfseigendommen</w:t>
      </w:r>
    </w:p>
    <w:p/>
    <w:p>
      <w:r>
        <w:rPr>
          <w:b w:val="0"/>
          <w:sz w:val="20"/>
        </w:rPr>
        <w:t>Geachte heer/mevrouw,</w:t>
      </w:r>
    </w:p>
    <w:p/>
    <w:p>
      <w:r>
        <w:rPr>
          <w:b w:val="0"/>
          <w:sz w:val="20"/>
        </w:rPr>
        <w:t>Hierbij verzoek ik u om onderstaande bedrijfseigendommen, die in uw bezit zijn, binnen een redelijke termijn in te leveren. Deze eigendommen behoren toe aan [Bedrijfsnaam] en dienen compleet en onbeschadigd te worden geretourneerd.</w:t>
      </w:r>
    </w:p>
    <w:p/>
    <w:p>
      <w:r>
        <w:rPr>
          <w:b/>
          <w:sz w:val="20"/>
        </w:rPr>
        <w:t>Het betreft de volgende bedrijfseigendommen:</w:t>
      </w:r>
    </w:p>
    <w:p>
      <w:r>
        <w:rPr>
          <w:b w:val="0"/>
          <w:sz w:val="20"/>
        </w:rPr>
        <w:t>• Sleutel(s) van bedrijfsruimtes</w:t>
      </w:r>
    </w:p>
    <w:p>
      <w:r>
        <w:rPr>
          <w:b w:val="0"/>
          <w:sz w:val="20"/>
        </w:rPr>
        <w:t>• Laptop en/of andere computerapparatuur</w:t>
      </w:r>
    </w:p>
    <w:p>
      <w:r>
        <w:rPr>
          <w:b w:val="0"/>
          <w:sz w:val="20"/>
        </w:rPr>
        <w:t>• Telefoon en/of andere communicatieapparatuur</w:t>
      </w:r>
    </w:p>
    <w:p>
      <w:r>
        <w:rPr>
          <w:b w:val="0"/>
          <w:sz w:val="20"/>
        </w:rPr>
        <w:t>• Identiteits- en toegangspassen</w:t>
      </w:r>
    </w:p>
    <w:p>
      <w:r>
        <w:rPr>
          <w:b w:val="0"/>
          <w:sz w:val="20"/>
        </w:rPr>
        <w:t>• Bedrijfskleding en beschermingsmiddelen</w:t>
      </w:r>
    </w:p>
    <w:p>
      <w:r>
        <w:rPr>
          <w:b w:val="0"/>
          <w:sz w:val="20"/>
        </w:rPr>
        <w:t>• Documentatie en andere materialen</w:t>
      </w:r>
    </w:p>
    <w:p/>
    <w:p>
      <w:r>
        <w:rPr>
          <w:b w:val="0"/>
          <w:sz w:val="20"/>
        </w:rPr>
        <w:t>Gelieve deze bedrijfseigendommen uiterlijk binnen 14 dagen na ontvangst van deze brief in te leveren bij [locatie of contactpersoon]. Indien u niet aan dit verzoek voldoet, zullen wij genoodzaakt zijn verdere stappen te ondernemen.</w:t>
      </w:r>
    </w:p>
    <w:p/>
    <w:p>
      <w:r>
        <w:rPr>
          <w:b w:val="0"/>
          <w:sz w:val="20"/>
        </w:rPr>
        <w:t>Mocht u vragen hebben over deze brief of het inleveren van de bedrijfseigendommen, neemt u dan gerust contact op via de gebruikelijke kanalen.</w:t>
      </w:r>
    </w:p>
    <w:p/>
    <w:p/>
    <w:p>
      <w:r>
        <w:rPr>
          <w:b w:val="0"/>
          <w:sz w:val="20"/>
        </w:rPr>
        <w:t>Met vriendelijke groet,</w:t>
      </w:r>
    </w:p>
    <w:p/>
    <w:p/>
    <w:p/>
    <w:p/>
    <w:p>
      <w:r>
        <w:rPr>
          <w:b w:val="0"/>
          <w:sz w:val="20"/>
        </w:rPr>
        <w:t>_______________________________</w:t>
      </w:r>
    </w:p>
    <w:p>
      <w:r>
        <w:rPr>
          <w:b w:val="0"/>
          <w:sz w:val="20"/>
        </w:rPr>
        <w:t>Naam en handtekening</w:t>
      </w:r>
    </w:p>
    <w:p/>
    <w:p/>
    <w:p>
      <w:r>
        <w:rPr>
          <w:b w:val="0"/>
          <w:sz w:val="20"/>
        </w:rPr>
        <w:t>Plaats : ____________________________    Datum : ____________________________</w:t>
      </w:r>
    </w:p>
    <w:p/>
    <w:p/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t>Afzender</w:t>
            </w:r>
          </w:p>
        </w:tc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t>Ontvanger</w:t>
            </w:r>
          </w:p>
        </w:tc>
      </w:tr>
      <w:tr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br/>
              <w:br/>
              <w:t>Handtekening : _________________________</w:t>
            </w:r>
          </w:p>
        </w:tc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br/>
              <w:br/>
              <w:t>Handtekening : _________________________</w:t>
            </w:r>
          </w:p>
        </w:tc>
      </w:tr>
    </w:tbl>
    <w:p>
      <w:r>
        <w:br w:type="page"/>
      </w:r>
    </w:p>
    <w:p>
      <w:pPr>
        <w:jc w:val="center"/>
      </w:pPr>
      <w:r>
        <w:rPr>
          <w:color w:val="555555"/>
          <w:sz w:val="24"/>
        </w:rPr>
        <w:t>Oorspronkelijke bron van dit document:</w:t>
      </w:r>
    </w:p>
    <w:p>
      <w:pPr>
        <w:jc w:val="center"/>
      </w:pPr>
      <w:hyperlink r:id="rId9">
        <w:r>
          <w:rPr>
            <w:color w:val="0000FF"/>
            <w:u w:val="single"/>
          </w:rPr>
          <w:t>https://briefklaar.com/voorbeeldbrief-inleveren-bedrijfseigendommen/</w:t>
        </w:r>
      </w:hyperlink>
    </w:p>
    <w:p>
      <w:pPr>
        <w:jc w:val="center"/>
      </w:pPr>
      <w:r>
        <w:rPr>
          <w:color w:val="555555"/>
          <w:sz w:val="26"/>
        </w:rPr>
        <w:t>Was dit voorbeeld nuttig voor jou?</w:t>
      </w:r>
    </w:p>
    <w:p>
      <w:pPr>
        <w:jc w:val="center"/>
      </w:pPr>
      <w:r>
        <w:rPr>
          <w:color w:val="555555"/>
          <w:sz w:val="26"/>
        </w:rPr>
        <w:t>Vind andere bijgewerkte voorbeelden op de website:</w:t>
      </w:r>
    </w:p>
    <w:p>
      <w:pPr>
        <w:jc w:val="center"/>
      </w:pPr>
      <w:hyperlink r:id="rId10">
        <w:r>
          <w:rPr>
            <w:color w:val="0000FF"/>
            <w:u w:val="single"/>
          </w:rPr>
          <w:t>https://briefklaar.com</w:t>
        </w:r>
      </w:hyperlink>
    </w:p>
    <w:p>
      <w:pPr>
        <w:jc w:val="center"/>
      </w:pPr>
      <w:r>
        <w:rPr>
          <w:color w:val="808080"/>
          <w:sz w:val="20"/>
        </w:rPr>
        <w:t>Dit voorbeeld is uitsluitend bedoeld voor persoonlijk en niet-commercieel gebruik.</w:t>
        <w:br/>
        <w:t>Elke verspreiding of publicatie moet de bron vermelden. © briefklaar.com</w:t>
      </w:r>
    </w:p>
    <w:sectPr w:rsidR="00FC693F" w:rsidRPr="0006063C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briefklaar.com/voorbeeldbrief-inleveren-bedrijfseigendommen/" TargetMode="External"/><Relationship Id="rId10" Type="http://schemas.openxmlformats.org/officeDocument/2006/relationships/hyperlink" Target="https://briefklaar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