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KLACHT HUISARTS</w:t>
      </w:r>
    </w:p>
    <w:p/>
    <w:p/>
    <w:p>
      <w:r>
        <w:rPr>
          <w:b w:val="0"/>
          <w:sz w:val="20"/>
        </w:rPr>
        <w:t>Aan:</w:t>
      </w:r>
    </w:p>
    <w:p>
      <w:r>
        <w:rPr>
          <w:b w:val="0"/>
          <w:sz w:val="20"/>
        </w:rPr>
        <w:t>De Huisartsenpraktijk</w:t>
      </w:r>
    </w:p>
    <w:p>
      <w:r>
        <w:rPr>
          <w:b w:val="0"/>
          <w:sz w:val="20"/>
        </w:rPr>
        <w:t>__________________________________________________</w:t>
      </w:r>
    </w:p>
    <w:p>
      <w:r>
        <w:rPr>
          <w:b w:val="0"/>
          <w:sz w:val="20"/>
        </w:rPr>
        <w:t>__________________________________________________</w:t>
      </w:r>
    </w:p>
    <w:p/>
    <w:p/>
    <w:p>
      <w:r>
        <w:rPr>
          <w:b w:val="0"/>
          <w:sz w:val="20"/>
        </w:rPr>
        <w:t>Van:</w:t>
      </w:r>
    </w:p>
    <w:p>
      <w:r>
        <w:rPr>
          <w:b w:val="0"/>
          <w:sz w:val="20"/>
        </w:rPr>
        <w:t>Naam: ___________________________________________</w:t>
      </w:r>
    </w:p>
    <w:p>
      <w:r>
        <w:rPr>
          <w:b w:val="0"/>
          <w:sz w:val="20"/>
        </w:rPr>
        <w:t>Adres: __________________________________________</w:t>
      </w:r>
    </w:p>
    <w:p>
      <w:r>
        <w:rPr>
          <w:b w:val="0"/>
          <w:sz w:val="20"/>
        </w:rPr>
        <w:t>Postcode en plaats: ______________________________</w:t>
      </w:r>
    </w:p>
    <w:p>
      <w:r>
        <w:rPr>
          <w:b w:val="0"/>
          <w:sz w:val="20"/>
        </w:rPr>
        <w:t>Telefoonnummer: __________________________________</w:t>
      </w:r>
    </w:p>
    <w:p>
      <w:r>
        <w:rPr>
          <w:b w:val="0"/>
          <w:sz w:val="20"/>
        </w:rPr>
        <w:t>E-mail: _________________________________________</w:t>
      </w:r>
    </w:p>
    <w:p/>
    <w:p/>
    <w:p>
      <w:r>
        <w:rPr>
          <w:b/>
          <w:sz w:val="20"/>
        </w:rPr>
        <w:t>Betreft: Klacht over behandeling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wil ik mijn onvrede uiten over de behandeling die ik heb ontvangen binnen uw praktijk.</w:t>
      </w:r>
    </w:p>
    <w:p>
      <w:r>
        <w:rPr>
          <w:b w:val="0"/>
          <w:sz w:val="20"/>
        </w:rPr>
        <w:t>Ik vind het belangrijk dat u op de hoogte bent van mijn ervaringen, zodat verbeteringen mogelijk zijn.</w:t>
      </w:r>
    </w:p>
    <w:p/>
    <w:p>
      <w:r>
        <w:rPr>
          <w:b/>
          <w:sz w:val="20"/>
        </w:rPr>
        <w:t>Omschrijving van de klacht:</w:t>
      </w:r>
    </w:p>
    <w:p>
      <w:r>
        <w:rPr>
          <w:b w:val="0"/>
          <w:sz w:val="20"/>
        </w:rPr>
        <w:t>Op _______________ heb ik een afspraak gehad met mijn huisarts. Tijdens deze afspraak is het volgende gebeurd: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/>
    <w:p>
      <w:r>
        <w:rPr>
          <w:b/>
          <w:sz w:val="20"/>
        </w:rPr>
        <w:t>De gevolgen van deze situatie voor mij zijn: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/>
    <w:p>
      <w:r>
        <w:rPr>
          <w:b w:val="0"/>
          <w:sz w:val="20"/>
        </w:rPr>
        <w:t>Ik verzoek u vriendelijk om deze klacht serieus te nemen en mij binnen een redelijke termijn te informeren over de stappen die u zult ondernemen.</w:t>
      </w:r>
    </w:p>
    <w:p>
      <w:r>
        <w:rPr>
          <w:b w:val="0"/>
          <w:sz w:val="20"/>
        </w:rPr>
        <w:t>Daarnaast ontvang ik graag een schriftelijke reactie op mijn klacht.</w:t>
      </w:r>
    </w:p>
    <w:p/>
    <w:p>
      <w:r>
        <w:rPr>
          <w:b w:val="0"/>
          <w:sz w:val="20"/>
        </w:rPr>
        <w:t>Ik vertrouw erop dat u mijn klacht zorgvuldig behandelt.</w:t>
      </w:r>
    </w:p>
    <w:p/>
    <w:p>
      <w:r>
        <w:rPr>
          <w:b w:val="0"/>
          <w:sz w:val="20"/>
        </w:rPr>
        <w:t>Met vriendelijke groet,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Naam klager</w:t>
      </w:r>
    </w:p>
    <w:p/>
    <w:p/>
    <w:p>
      <w:r>
        <w:rPr>
          <w:b w:val="0"/>
          <w:sz w:val="20"/>
        </w:rPr>
        <w:t>Voor eventuele vragen kunt u contact met mij opnemen via bovenstaande gegevens.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https://briefklaar.com/voorbeeldbrief-klacht-huisarts/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klacht-huisarts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