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VOORBEELDBRIEF KWIJTING EN DECHARGE</w:t>
      </w:r>
    </w:p>
    <w:p/>
    <w:p/>
    <w:p>
      <w:r>
        <w:rPr>
          <w:b/>
          <w:sz w:val="20"/>
        </w:rPr>
        <w:t>Gegevens van de schuldeiser:</w:t>
      </w:r>
    </w:p>
    <w:p>
      <w:r>
        <w:rPr>
          <w:b w:val="0"/>
          <w:sz w:val="20"/>
        </w:rPr>
        <w:t>Naam : ________________________________________________________________</w:t>
      </w:r>
    </w:p>
    <w:p>
      <w:r>
        <w:rPr>
          <w:b w:val="0"/>
          <w:sz w:val="20"/>
        </w:rPr>
        <w:t>Adres : ________________________________________________________________</w:t>
      </w:r>
    </w:p>
    <w:p>
      <w:r>
        <w:rPr>
          <w:b w:val="0"/>
          <w:sz w:val="20"/>
        </w:rPr>
        <w:t>Postcode en woonplaats : _______________________________________________</w:t>
      </w:r>
    </w:p>
    <w:p/>
    <w:p>
      <w:r>
        <w:rPr>
          <w:b/>
          <w:sz w:val="20"/>
        </w:rPr>
        <w:t>Gegevens van de schuldenaar:</w:t>
      </w:r>
    </w:p>
    <w:p>
      <w:r>
        <w:rPr>
          <w:b w:val="0"/>
          <w:sz w:val="20"/>
        </w:rPr>
        <w:t>Naam : ________________________________________________________________</w:t>
      </w:r>
    </w:p>
    <w:p>
      <w:r>
        <w:rPr>
          <w:b w:val="0"/>
          <w:sz w:val="20"/>
        </w:rPr>
        <w:t>Adres : ________________________________________________________________</w:t>
      </w:r>
    </w:p>
    <w:p>
      <w:r>
        <w:rPr>
          <w:b w:val="0"/>
          <w:sz w:val="20"/>
        </w:rPr>
        <w:t>Postcode en woonplaats : _______________________________________________</w:t>
      </w:r>
    </w:p>
    <w:p/>
    <w:p/>
    <w:p>
      <w:r>
        <w:rPr>
          <w:b/>
          <w:sz w:val="20"/>
        </w:rPr>
        <w:t>Betreft: Kwijting en Decharge</w:t>
      </w:r>
    </w:p>
    <w:p/>
    <w:p>
      <w:r>
        <w:rPr>
          <w:b w:val="0"/>
          <w:sz w:val="20"/>
        </w:rPr>
        <w:t>Hierbij verklaart ondergetekende, hierna te noemen de schuldeiser, dat de schuldenaar, hierna te noemen de schuldenaar, alle aan hem verschuldigde bedragen volledig heeft voldaan en dat de schuldenaar hiermee volledige kwijting ontvangt.</w:t>
      </w:r>
    </w:p>
    <w:p/>
    <w:p>
      <w:r>
        <w:rPr>
          <w:b w:val="0"/>
          <w:sz w:val="20"/>
        </w:rPr>
        <w:t>De schuldeiser verleent hierbij aan de schuldenaar volledige kwijting en decharge voor alle verplichtingen uit hoofde van de tussen partijen gesloten overeenkomst(en) tot en met de datum van ondertekening van deze brief.</w:t>
      </w:r>
    </w:p>
    <w:p/>
    <w:p>
      <w:r>
        <w:rPr>
          <w:b w:val="0"/>
          <w:sz w:val="20"/>
        </w:rPr>
        <w:t>Met het ondertekenen van deze brief verklaart de schuldeiser dat hij geen verdere vorderingen, aanspraken of claims jegens de schuldenaar zal indienen met betrekking tot de genoemde overeenkomst(en).</w:t>
      </w:r>
    </w:p>
    <w:p/>
    <w:p>
      <w:r>
        <w:rPr>
          <w:b w:val="0"/>
          <w:sz w:val="20"/>
        </w:rPr>
        <w:t>Deze verklaring is bindend en onherroepelijk en geldt als volledige afwikkeling en afdoening van alle verplichtingen tussen partijen.</w:t>
      </w:r>
    </w:p>
    <w:p/>
    <w:p/>
    <w:p>
      <w:r>
        <w:rPr>
          <w:b w:val="0"/>
          <w:sz w:val="20"/>
        </w:rPr>
        <w:t>Plaats : ________________________________________________________________</w:t>
      </w:r>
    </w:p>
    <w:p>
      <w:r>
        <w:rPr>
          <w:b w:val="0"/>
          <w:sz w:val="20"/>
        </w:rPr>
        <w:t>Naam schuldeiser : _____________________________________________________</w:t>
      </w:r>
    </w:p>
    <w:p>
      <w:r>
        <w:rPr>
          <w:b w:val="0"/>
          <w:sz w:val="20"/>
        </w:rPr>
        <w:t>Naam schuldenaar : 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SCHULDEISER</w:t>
            </w:r>
          </w:p>
        </w:tc>
        <w:tc>
          <w:tcPr>
            <w:tcW w:type="dxa" w:w="4986"/>
            <w:tcBorders>
              <w:top w:val="nil"/>
              <w:left w:val="nil"/>
              <w:bottom w:val="nil"/>
              <w:right w:val="nil"/>
              <w:insideH w:val="nil"/>
              <w:insideV w:val="nil"/>
            </w:tcBorders>
          </w:tcPr>
          <w:p>
            <w:pPr>
              <w:jc w:val="center"/>
            </w:pPr>
            <w:r>
              <w:t>SCHULDENAAR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r>
        <w:tc>
          <w:tcPr>
            <w:tcW w:type="dxa" w:w="4986"/>
            <w:tcBorders>
              <w:top w:val="nil"/>
              <w:left w:val="nil"/>
              <w:bottom w:val="nil"/>
              <w:right w:val="nil"/>
              <w:insideH w:val="nil"/>
              <w:insideV w:val="nil"/>
            </w:tcBorders>
          </w:tcPr>
          <w:p>
            <w:pPr>
              <w:jc w:val="center"/>
            </w:pPr>
            <w:r>
              <w:t>Naam : ________________________________</w:t>
            </w:r>
          </w:p>
        </w:tc>
        <w:tc>
          <w:tcPr>
            <w:tcW w:type="dxa" w:w="4986"/>
            <w:tcBorders>
              <w:top w:val="nil"/>
              <w:left w:val="nil"/>
              <w:bottom w:val="nil"/>
              <w:right w:val="nil"/>
              <w:insideH w:val="nil"/>
              <w:insideV w:val="nil"/>
            </w:tcBorders>
          </w:tcPr>
          <w:p>
            <w:pPr>
              <w:jc w:val="center"/>
            </w:pPr>
            <w:r>
              <w:t>Naam : ________________________________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https://briefklaar.com/voorbeeldbrief-kwijting-en-decharge/</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voorbeeldbrief-kwijting-en-decharge/"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