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NIET BEREIKBAAR TIJDENS ZIEKTE</w:t>
      </w:r>
    </w:p>
    <w:p/>
    <w:p/>
    <w:p>
      <w:r>
        <w:rPr>
          <w:b w:val="0"/>
          <w:sz w:val="20"/>
        </w:rPr>
        <w:t>Naam werknemer : 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_______________________________________________</w:t>
      </w:r>
    </w:p>
    <w:p/>
    <w:p/>
    <w:p>
      <w:r>
        <w:rPr>
          <w:b w:val="0"/>
          <w:sz w:val="20"/>
        </w:rPr>
        <w:t>Naam werkgever : 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___________________________________________________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u informeren dat ik gedurende mijn periode van ziekte helaas niet bereikbaar zal zijn. Ik begrijp dat dit ongemak kan veroorzaken en ik bied hiervoor mijn excuses aan.</w:t>
      </w:r>
    </w:p>
    <w:p/>
    <w:p>
      <w:r>
        <w:rPr>
          <w:b w:val="0"/>
          <w:sz w:val="20"/>
        </w:rPr>
        <w:t>Tijdens mijn afwezigheid ben ik niet in staat om mijn werkzaamheden uit te voeren of telefonisch te beantwoorden. Voor dringende zaken kunt u contact opnemen met mijn collega of de afdeling zoals hieronder vermeld.</w:t>
      </w:r>
    </w:p>
    <w:p/>
    <w:p>
      <w:r>
        <w:rPr>
          <w:b/>
          <w:sz w:val="20"/>
        </w:rPr>
        <w:t>Contactpersoon tijdens mijn afwezigheid 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</w:t>
      </w:r>
    </w:p>
    <w:p/>
    <w:p>
      <w:r>
        <w:rPr>
          <w:b w:val="0"/>
          <w:sz w:val="20"/>
        </w:rPr>
        <w:t>Ik vertrouw erop u hiermee voldoende te hebben geïnformeerd en hoop op uw begrip voor mijn situatie. Zodra ik weer beter ben, zal ik zo spoedig mogelijk contact met u opnemen.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Naam werknemer</w:t>
      </w:r>
    </w:p>
    <w:p/>
    <w:p/>
    <w:p>
      <w:r>
        <w:rPr>
          <w:b w:val="0"/>
          <w:sz w:val="20"/>
        </w:rPr>
        <w:t>Plaats : _______________________</w:t>
      </w:r>
    </w:p>
    <w:p>
      <w:r>
        <w:rPr>
          <w:b w:val="0"/>
          <w:sz w:val="20"/>
        </w:rPr>
        <w:t>Datum : 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https://briefklaar.com/voorbeeldbrief-niet-bereikbaar-tijdens-ziekte/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niet-bereikbaar-tijdens-ziekte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