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ONBETAALD VERLOF</w:t>
      </w:r>
    </w:p>
    <w:p/>
    <w:p/>
    <w:p>
      <w:r>
        <w:rPr>
          <w:b w:val="0"/>
          <w:sz w:val="20"/>
        </w:rPr>
        <w:t>Naam werkgever : ________________________________________________</w:t>
      </w:r>
    </w:p>
    <w:p>
      <w:r>
        <w:rPr>
          <w:b w:val="0"/>
          <w:sz w:val="20"/>
        </w:rPr>
        <w:t>Adres werkgever : ________________________________________________</w:t>
      </w:r>
    </w:p>
    <w:p>
      <w:r>
        <w:rPr>
          <w:b w:val="0"/>
          <w:sz w:val="20"/>
        </w:rPr>
        <w:t>Postcode en plaats : ________________________________________________</w:t>
      </w:r>
    </w:p>
    <w:p/>
    <w:p/>
    <w:p>
      <w:r>
        <w:rPr>
          <w:b/>
          <w:sz w:val="20"/>
        </w:rPr>
        <w:t>Betreft: Verzoek om onbetaald verlof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wil ik u verzoeken om onbetaald verlof voor de periode van ________________ tot en met _______________. Dit verzoek doe ik vanwege persoonlijke omstandigheden die tijdelijk verhinderen dat ik mijn werkzaamheden volledig kan uitvoeren.</w:t>
      </w:r>
    </w:p>
    <w:p/>
    <w:p>
      <w:r>
        <w:rPr>
          <w:b w:val="0"/>
          <w:sz w:val="20"/>
        </w:rPr>
        <w:t>Ik ben mij ervan bewust dat onbetaald verlof niet automatisch wordt toegekend en dat mijn afwezigheid gevolgen kan hebben voor de organisatie. Desondanks hoop ik op uw begrip en medewerking.</w:t>
      </w:r>
    </w:p>
    <w:p/>
    <w:p>
      <w:r>
        <w:rPr>
          <w:b w:val="0"/>
          <w:sz w:val="20"/>
        </w:rPr>
        <w:t>Tijdens mijn afwezigheid ben ik bereikbaar via telefoon en e-mail voor urgente zaken, en ik zal ervoor zorgen dat lopende werkzaamheden zo goed mogelijk worden overgedragen.</w:t>
      </w:r>
    </w:p>
    <w:p/>
    <w:p/>
    <w:p>
      <w:r>
        <w:rPr>
          <w:b w:val="0"/>
          <w:sz w:val="20"/>
        </w:rPr>
        <w:t>Ik hoor graag zo spoedig mogelijk of mijn verzoek kan worden gehonoreerd. Alvast dank voor uw begrip en medewerking.</w:t>
      </w:r>
    </w:p>
    <w:p/>
    <w:p/>
    <w:p>
      <w:r>
        <w:rPr>
          <w:b w:val="0"/>
          <w:sz w:val="20"/>
        </w:rPr>
        <w:t>Met vriendelijke groet,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Naam werknemer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Handtekening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https://briefklaar.com/voorbeeldbrief-onbetaald-verlof/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onbetaald-verlof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