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OPHEFFEN VERENIGING</w:t>
      </w:r>
    </w:p>
    <w:p/>
    <w:p/>
    <w:p>
      <w:r>
        <w:rPr>
          <w:b/>
          <w:sz w:val="20"/>
        </w:rPr>
        <w:t>Afzender:</w:t>
      </w:r>
    </w:p>
    <w:p>
      <w:r>
        <w:rPr>
          <w:b w:val="0"/>
          <w:sz w:val="20"/>
        </w:rPr>
        <w:t>Naam vereniging: _________________________________________________</w:t>
      </w:r>
    </w:p>
    <w:p>
      <w:r>
        <w:rPr>
          <w:b w:val="0"/>
          <w:sz w:val="20"/>
        </w:rPr>
        <w:t>Adres: ___________________________________________________________</w:t>
      </w:r>
    </w:p>
    <w:p>
      <w:r>
        <w:rPr>
          <w:b w:val="0"/>
          <w:sz w:val="20"/>
        </w:rPr>
        <w:t>Postcode en plaats: _______________________________________________</w:t>
      </w:r>
    </w:p>
    <w:p>
      <w:r>
        <w:rPr>
          <w:b w:val="0"/>
          <w:sz w:val="20"/>
        </w:rPr>
        <w:t>Telefoonnummer: _________________________________________________</w:t>
      </w:r>
    </w:p>
    <w:p>
      <w:r>
        <w:rPr>
          <w:b w:val="0"/>
          <w:sz w:val="20"/>
        </w:rPr>
        <w:t>E-mailadres: _____________________________________________________</w:t>
      </w:r>
    </w:p>
    <w:p/>
    <w:p/>
    <w:p>
      <w:r>
        <w:rPr>
          <w:b/>
          <w:sz w:val="20"/>
        </w:rPr>
        <w:t>Geadresseerde:</w:t>
      </w:r>
    </w:p>
    <w:p>
      <w:r>
        <w:rPr>
          <w:b w:val="0"/>
          <w:sz w:val="20"/>
        </w:rPr>
        <w:t>Naam notaris of Kamer van Koophandel: ____________________________</w:t>
      </w:r>
    </w:p>
    <w:p>
      <w:r>
        <w:rPr>
          <w:b w:val="0"/>
          <w:sz w:val="20"/>
        </w:rPr>
        <w:t>Adres: ___________________________________________________________</w:t>
      </w:r>
    </w:p>
    <w:p>
      <w:r>
        <w:rPr>
          <w:b w:val="0"/>
          <w:sz w:val="20"/>
        </w:rPr>
        <w:t>Postcode en plaats: _______________________________________________</w:t>
      </w:r>
    </w:p>
    <w:p/>
    <w:p/>
    <w:p>
      <w:r>
        <w:rPr>
          <w:b/>
          <w:sz w:val="20"/>
        </w:rPr>
        <w:t>Betreft: Opheffing van de vereniging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delen wij u mede dat de algemene ledenvergadering van onze vereniging heeft besloten tot opheffing van de vereniging. Dit besluit is genomen conform de statuten en de geldende wettelijke bepalingen.</w:t>
      </w:r>
    </w:p>
    <w:p/>
    <w:p>
      <w:r>
        <w:rPr>
          <w:b/>
          <w:sz w:val="20"/>
        </w:rPr>
        <w:t>Besluit tot opheffing</w:t>
      </w:r>
    </w:p>
    <w:p>
      <w:r>
        <w:rPr>
          <w:b w:val="0"/>
          <w:sz w:val="20"/>
        </w:rPr>
        <w:t>De vereniging zal worden opgeheven per heden. De vereffening zal plaatsvinden door het bestuur, tenzij anders is besloten.</w:t>
      </w:r>
    </w:p>
    <w:p/>
    <w:p>
      <w:r>
        <w:rPr>
          <w:b/>
          <w:sz w:val="20"/>
        </w:rPr>
        <w:t>Vereffening</w:t>
      </w:r>
    </w:p>
    <w:p>
      <w:r>
        <w:rPr>
          <w:b w:val="0"/>
          <w:sz w:val="20"/>
        </w:rPr>
        <w:t>Het bestuur zal zorgdragen voor de afwikkeling van de lopende zaken, het innen van vorderingen, het voldoen aan schulden en het verdelen van het batig saldo volgens de statutaire bepalingen.</w:t>
      </w:r>
    </w:p>
    <w:p/>
    <w:p>
      <w:r>
        <w:rPr>
          <w:b/>
          <w:sz w:val="20"/>
        </w:rPr>
        <w:t>Verzoek tot uitschrijving</w:t>
      </w:r>
    </w:p>
    <w:p>
      <w:r>
        <w:rPr>
          <w:b w:val="0"/>
          <w:sz w:val="20"/>
        </w:rPr>
        <w:t>Wij verzoeken u vriendelijk de vereniging uit te schrijven uit het handelsregister van de Kamer van Koophandel.</w:t>
      </w:r>
    </w:p>
    <w:p/>
    <w:p>
      <w:r>
        <w:rPr>
          <w:b w:val="0"/>
          <w:sz w:val="20"/>
        </w:rPr>
        <w:t>Wij vertrouwen erop u hiermee voldoende te hebben geïnformeerd en zien uw bevestiging graag tegemoet.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Naam voorzitter / bestuurder</w:t>
      </w:r>
    </w:p>
    <w:p>
      <w:r>
        <w:rPr>
          <w:b w:val="0"/>
          <w:sz w:val="20"/>
        </w:rPr>
        <w:t>Naam vereniging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Voorzitter / Bestuurder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Notaris / KvK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https://briefklaar.com/voorbeeldbrief-opheffen-vereniging/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opheffen-vereniging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