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OPVRAGEN DOSSIER JEUGDZORG</w:t>
      </w:r>
    </w:p>
    <w:p/>
    <w:p/>
    <w:p>
      <w:r>
        <w:rPr>
          <w:b/>
          <w:sz w:val="20"/>
        </w:rPr>
        <w:t>Gegevens afzender:</w:t>
      </w:r>
    </w:p>
    <w:p>
      <w:r>
        <w:rPr>
          <w:b w:val="0"/>
          <w:sz w:val="20"/>
        </w:rPr>
        <w:t>Naam : 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</w:t>
      </w:r>
    </w:p>
    <w:p>
      <w:r>
        <w:rPr>
          <w:b w:val="0"/>
          <w:sz w:val="20"/>
        </w:rPr>
        <w:t>Telefoonnummer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Gegevens ontvanger (Jeugdzorgorganisatie):</w:t>
      </w:r>
    </w:p>
    <w:p>
      <w:r>
        <w:rPr>
          <w:b w:val="0"/>
          <w:sz w:val="20"/>
        </w:rPr>
        <w:t>Naam organisatie : _________________________________________________</w:t>
      </w:r>
    </w:p>
    <w:p>
      <w:r>
        <w:rPr>
          <w:b w:val="0"/>
          <w:sz w:val="20"/>
        </w:rPr>
        <w:t>Afdeling / contactpersoon : 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/>
    <w:p>
      <w:r>
        <w:rPr>
          <w:b/>
          <w:sz w:val="20"/>
        </w:rPr>
        <w:t>Betreft: Verzoek opvragen dossier jeugdzorg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verzoek ik u vriendelijk om een kopie van het volledige dossier van mijn kind / mijn dossier bij uw organisatie beschikbaar te stellen. Dit verzoek doe ik op grond van de Wet bescherming persoonsgegevens (en/of Algemene verordening gegevensbescherming - AVG) en het recht op inzage in mijn persoonsgegevens.</w:t>
      </w:r>
    </w:p>
    <w:p/>
    <w:p>
      <w:r>
        <w:rPr>
          <w:b w:val="0"/>
          <w:sz w:val="20"/>
        </w:rPr>
        <w:t>Het gaat om alle documenten, rapportages, correspondentie, besluiten en andere relevante gegevens die betrekking hebben op de begeleiding, behandeling en/of ondersteuning binnen de jeugdzorg.</w:t>
      </w:r>
    </w:p>
    <w:p/>
    <w:p>
      <w:r>
        <w:rPr>
          <w:b w:val="0"/>
          <w:sz w:val="20"/>
        </w:rPr>
        <w:t>Ik verzoek u het dossier digitaal toe te sturen naar bovenstaand e-mailadres of per post naar het adres hierboven.</w:t>
      </w:r>
    </w:p>
    <w:p/>
    <w:p>
      <w:r>
        <w:rPr>
          <w:b w:val="0"/>
          <w:sz w:val="20"/>
        </w:rPr>
        <w:t>Indien u voor het verstrekken van het dossier een formulier of aanvullende informatie nodig heeft, verzoek ik u mij dit zo spoedig mogelijk te laten weten.</w:t>
      </w:r>
    </w:p>
    <w:p/>
    <w:p>
      <w:r>
        <w:rPr>
          <w:b w:val="0"/>
          <w:sz w:val="20"/>
        </w:rPr>
        <w:t>Alvast dank voor uw medewerking.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Naam afzender : _____________________________________________</w:t>
      </w:r>
    </w:p>
    <w:p>
      <w:r>
        <w:rPr>
          <w:b w:val="0"/>
          <w:sz w:val="20"/>
        </w:rPr>
        <w:t>Handtekening : _____________________________________________</w:t>
      </w:r>
    </w:p>
    <w:p/>
    <w:p>
      <w:r>
        <w:rPr>
          <w:b w:val="0"/>
          <w:sz w:val="20"/>
        </w:rPr>
        <w:t>Datum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 Jeugdzorg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https://briefklaar.com/voorbeeldbrief-opvragen-dossier-jeugdzorg/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pvragen-dossier-jeugdzorg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