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OPZEGGEN BTW-NUMMER</w:t>
      </w:r>
    </w:p>
    <w:p/>
    <w:p/>
    <w:p>
      <w:r>
        <w:rPr>
          <w:b w:val="0"/>
          <w:sz w:val="20"/>
        </w:rPr>
        <w:t>Naam bedrijf / persoon : 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________________________________________________</w:t>
      </w:r>
    </w:p>
    <w:p>
      <w:r>
        <w:rPr>
          <w:b w:val="0"/>
          <w:sz w:val="20"/>
        </w:rPr>
        <w:t>Telefoonnummer : 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</w:t>
      </w:r>
    </w:p>
    <w:p/>
    <w:p/>
    <w:p>
      <w:r>
        <w:rPr>
          <w:b/>
          <w:sz w:val="20"/>
        </w:rPr>
        <w:t>Belastingdienst</w:t>
      </w:r>
    </w:p>
    <w:p>
      <w:r>
        <w:rPr>
          <w:b w:val="0"/>
          <w:sz w:val="20"/>
        </w:rPr>
        <w:t>Afdeling registratie</w:t>
      </w:r>
    </w:p>
    <w:p>
      <w:r>
        <w:rPr>
          <w:b w:val="0"/>
          <w:sz w:val="20"/>
        </w:rPr>
        <w:t>Postbus 12345</w:t>
      </w:r>
    </w:p>
    <w:p>
      <w:r>
        <w:rPr>
          <w:b w:val="0"/>
          <w:sz w:val="20"/>
        </w:rPr>
        <w:t>1234 AB Plaatsnaam</w:t>
      </w:r>
    </w:p>
    <w:p/>
    <w:p/>
    <w:p>
      <w:r>
        <w:rPr>
          <w:b/>
          <w:sz w:val="20"/>
        </w:rPr>
        <w:t>Betreft: Opzegging registratie btw-nummer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u informeren over het opzeggen van mijn btw-nummer. Ik verzoek u vriendelijk mijn registratie voor het onderstaande btw-nummer stop te zetten.</w:t>
      </w:r>
    </w:p>
    <w:p/>
    <w:p>
      <w:r>
        <w:rPr>
          <w:b w:val="0"/>
          <w:sz w:val="20"/>
        </w:rPr>
        <w:t>Btw-nummer : ______________________________________</w:t>
      </w:r>
    </w:p>
    <w:p/>
    <w:p>
      <w:r>
        <w:rPr>
          <w:b w:val="0"/>
          <w:sz w:val="20"/>
        </w:rPr>
        <w:t>De reden voor deze opzegging is dat ik per heden geen gebruik meer maak van de onderneming/activiteiten waarvoor het btw-nummer is aangevraagd.</w:t>
      </w:r>
    </w:p>
    <w:p/>
    <w:p>
      <w:r>
        <w:rPr>
          <w:b w:val="0"/>
          <w:sz w:val="20"/>
        </w:rPr>
        <w:t>Ik verzoek u vriendelijk om de opzegging te bevestigen en mij schriftelijk te informeren over de datum van beëindiging van mijn btw-registratie.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______________________________________</w:t>
      </w:r>
    </w:p>
    <w:p>
      <w:r>
        <w:rPr>
          <w:b w:val="0"/>
          <w:sz w:val="20"/>
        </w:rPr>
        <w:t>Naam ondertekenaar</w:t>
      </w:r>
    </w:p>
    <w:p>
      <w:r>
        <w:rPr>
          <w:b w:val="0"/>
          <w:sz w:val="20"/>
        </w:rPr>
        <w:t>Functie / relatie tot onderneming</w:t>
      </w:r>
    </w:p>
    <w:p/>
    <w:p/>
    <w:p>
      <w:r>
        <w:rPr>
          <w:b w:val="0"/>
          <w:sz w:val="20"/>
        </w:rPr>
        <w:t>Bijlage(n): kopie identiteitsbewijs, kopie KvK-inschrijving (indien van toepassing)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Plaats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https://briefklaar.com/voorbeeldbrief-opzeggen-btw-nummer/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pzeggen-btw-nummer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