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VOORBEELDBRIEF OPZEGGEN DONATIE</w:t>
      </w:r>
    </w:p>
    <w:p/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wil ik mijn donatie aan uw organisatie opzeggen. Ik waardeer het werk dat uw organisatie verricht, maar ik ben genoodzaakt mijn bijdrage te beëindigen.</w:t>
      </w:r>
    </w:p>
    <w:p/>
    <w:p>
      <w:r>
        <w:rPr>
          <w:b/>
          <w:sz w:val="20"/>
        </w:rPr>
        <w:t>Mijn gegevens:</w:t>
      </w:r>
    </w:p>
    <w:p>
      <w:r>
        <w:rPr>
          <w:b w:val="0"/>
          <w:sz w:val="20"/>
        </w:rPr>
        <w:t>Naam: ________________________________________________</w:t>
      </w:r>
    </w:p>
    <w:p>
      <w:r>
        <w:rPr>
          <w:b w:val="0"/>
          <w:sz w:val="20"/>
        </w:rPr>
        <w:t>Adres: _______________________________________________</w:t>
      </w:r>
    </w:p>
    <w:p>
      <w:r>
        <w:rPr>
          <w:b w:val="0"/>
          <w:sz w:val="20"/>
        </w:rPr>
        <w:t>E-mailadres: __________________________________________</w:t>
      </w:r>
    </w:p>
    <w:p>
      <w:r>
        <w:rPr>
          <w:b w:val="0"/>
          <w:sz w:val="20"/>
        </w:rPr>
        <w:t>Donatienummer (indien van toepassing): __________________</w:t>
      </w:r>
    </w:p>
    <w:p/>
    <w:p>
      <w:r>
        <w:rPr>
          <w:b/>
          <w:sz w:val="20"/>
        </w:rPr>
        <w:t>Opzegging donatie:</w:t>
      </w:r>
    </w:p>
    <w:p>
      <w:r>
        <w:rPr>
          <w:b w:val="0"/>
          <w:sz w:val="20"/>
        </w:rPr>
        <w:t>Met deze brief zeg ik mijn donatie met onmiddellijke ingang op. Gelieve de automatische incasso stop te zetten en mij een schriftelijke bevestiging van deze opzegging te sturen.</w:t>
      </w:r>
    </w:p>
    <w:p/>
    <w:p>
      <w:r>
        <w:rPr>
          <w:b w:val="0"/>
          <w:sz w:val="20"/>
        </w:rPr>
        <w:t>Ik verzoek u vriendelijk om binnen twee weken na dagtekening van deze brief een schriftelijke bevestiging van de beëindiging van mijn donatie te sturen.</w:t>
      </w:r>
    </w:p>
    <w:p/>
    <w:p>
      <w:r>
        <w:rPr>
          <w:b w:val="0"/>
          <w:sz w:val="20"/>
        </w:rPr>
        <w:t>Met vriendelijke groet,</w:t>
      </w:r>
    </w:p>
    <w:p/>
    <w:p/>
    <w:p/>
    <w:p>
      <w:r>
        <w:rPr>
          <w:b w:val="0"/>
          <w:sz w:val="20"/>
        </w:rPr>
        <w:t>Handtekening: ____________________________</w:t>
      </w:r>
    </w:p>
    <w:p>
      <w:r>
        <w:rPr>
          <w:b w:val="0"/>
          <w:sz w:val="20"/>
        </w:rPr>
        <w:t>Naam: ___________________________________</w:t>
      </w:r>
    </w:p>
    <w:p/>
    <w:p/>
    <w:p>
      <w:r>
        <w:rPr>
          <w:b w:val="0"/>
          <w:sz w:val="20"/>
        </w:rPr>
        <w:t>Plaats: ____________________</w:t>
      </w:r>
    </w:p>
    <w:p>
      <w:r>
        <w:rPr>
          <w:b w:val="0"/>
          <w:sz w:val="20"/>
        </w:rPr>
        <w:t>Datum: ____________________</w:t>
      </w:r>
    </w:p>
    <w:p/>
    <w:p/>
    <w:p>
      <w:r>
        <w:rPr>
          <w:b/>
          <w:sz w:val="20"/>
        </w:rPr>
        <w:t>Contactgegevens van de organisatie:</w:t>
      </w:r>
    </w:p>
    <w:p>
      <w:r>
        <w:rPr>
          <w:b w:val="0"/>
          <w:sz w:val="20"/>
        </w:rPr>
        <w:t>Naam organisatie: ____________________________________</w:t>
      </w:r>
    </w:p>
    <w:p>
      <w:r>
        <w:rPr>
          <w:b w:val="0"/>
          <w:sz w:val="20"/>
        </w:rPr>
        <w:t>Adres: _____________________________________________</w:t>
      </w:r>
    </w:p>
    <w:p>
      <w:r>
        <w:rPr>
          <w:b w:val="0"/>
          <w:sz w:val="20"/>
        </w:rPr>
        <w:t>Telefoonnummer: _____________________________________</w:t>
      </w:r>
    </w:p>
    <w:p>
      <w:r>
        <w:rPr>
          <w:b w:val="0"/>
          <w:sz w:val="20"/>
        </w:rPr>
        <w:t>E-mail: 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https://briefklaar.com/voorbeeldbrief-opzeggen-donatie/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oorbeeldbrief-opzeggen-donatie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