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OPZEGGEN VRIJWILLIGERSWERK</w:t>
      </w:r>
    </w:p>
    <w:p/>
    <w:p/>
    <w:p>
      <w:r>
        <w:rPr>
          <w:b/>
          <w:sz w:val="20"/>
        </w:rPr>
        <w:t xml:space="preserve">Aan: </w:t>
      </w:r>
    </w:p>
    <w:p>
      <w:r>
        <w:rPr>
          <w:b w:val="0"/>
          <w:sz w:val="20"/>
        </w:rPr>
        <w:t>Naam organisatie / contactpersoon</w:t>
      </w:r>
    </w:p>
    <w:p>
      <w:r>
        <w:rPr>
          <w:b w:val="0"/>
          <w:sz w:val="20"/>
        </w:rPr>
        <w:t>Adres</w:t>
      </w:r>
    </w:p>
    <w:p>
      <w:r>
        <w:rPr>
          <w:b w:val="0"/>
          <w:sz w:val="20"/>
        </w:rPr>
        <w:t>Postcode en plaats</w:t>
      </w:r>
    </w:p>
    <w:p/>
    <w:p/>
    <w:p>
      <w:r>
        <w:rPr>
          <w:b/>
          <w:sz w:val="20"/>
        </w:rPr>
        <w:t>Betreft: Beëindiging vrijwilligerswerk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u informeren dat ik mijn werkzaamheden als vrijwilliger bij uw organisatie wil beëindigen. Ik heb met veel plezier bijgedragen aan de organisatie, maar ben genoodzaakt om mijn vrijwilligerswerk te stoppen.</w:t>
      </w:r>
    </w:p>
    <w:p/>
    <w:p>
      <w:r>
        <w:rPr>
          <w:b w:val="0"/>
          <w:sz w:val="20"/>
        </w:rPr>
        <w:t>Deze beslissing heb ik genomen na zorgvuldige overweging. Persoonlijke omstandigheden en/of andere verplichtingen maken het voor mij niet langer mogelijk om mijn taken naar tevredenheid voort te zetten.</w:t>
      </w:r>
    </w:p>
    <w:p/>
    <w:p>
      <w:r>
        <w:rPr>
          <w:b w:val="0"/>
          <w:sz w:val="20"/>
        </w:rPr>
        <w:t>Volgens onze afspraken houd ik mij aan de geldende opzegtermijn van [aantal] weken/maanden. Mijn laatste werkdag zal daarom zijn op ______________________________.</w:t>
      </w:r>
    </w:p>
    <w:p/>
    <w:p>
      <w:r>
        <w:rPr>
          <w:b w:val="0"/>
          <w:sz w:val="20"/>
        </w:rPr>
        <w:t>Ik wil u en de organisatie hartelijk danken voor de fijne samenwerking en het vertrouwen dat ik heb mogen ontvangen. Ik wens de organisatie veel succes en voorspoed toe voor de toekomst.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Naam vrijwilliger: ________________________________</w:t>
      </w:r>
    </w:p>
    <w:p>
      <w:r>
        <w:rPr>
          <w:b w:val="0"/>
          <w:sz w:val="20"/>
        </w:rPr>
        <w:t>Handtekening: _____________________________________</w:t>
      </w:r>
    </w:p>
    <w:p/>
    <w:p/>
    <w:p>
      <w:r>
        <w:rPr>
          <w:b w:val="0"/>
          <w:sz w:val="20"/>
        </w:rPr>
        <w:t>Plaats en datum: 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https://briefklaar.com/voorbeeldbrief-opzeggen-vrijwilligerswerk/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pzeggen-vrijwilligerswerk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