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VOORBEELDBRIEF OVERLIJDEN MELDEN</w:t>
      </w:r>
    </w:p>
    <w:p/>
    <w:p/>
    <w:p>
      <w:r>
        <w:rPr>
          <w:b w:val="0"/>
          <w:sz w:val="22"/>
        </w:rPr>
        <w:t>Geachte heer/mevrouw,</w:t>
      </w:r>
    </w:p>
    <w:p/>
    <w:p>
      <w:r>
        <w:rPr>
          <w:b w:val="0"/>
          <w:sz w:val="22"/>
        </w:rPr>
        <w:t>Hierbij wil ik u informeren over het overlijden van mijn dierbare. Graag wil ik dit zo spoedig mogelijk melden, zodat de benodigde administratieve zaken in gang gezet kunnen worden.</w:t>
      </w:r>
    </w:p>
    <w:p/>
    <w:p>
      <w:r>
        <w:rPr>
          <w:b/>
          <w:sz w:val="22"/>
        </w:rPr>
        <w:t>Gegevens van de overledene:</w:t>
      </w:r>
    </w:p>
    <w:p>
      <w:r>
        <w:rPr>
          <w:b w:val="0"/>
          <w:sz w:val="22"/>
        </w:rPr>
        <w:t>Naam : _______________________________________________________________</w:t>
      </w:r>
    </w:p>
    <w:p>
      <w:r>
        <w:rPr>
          <w:b w:val="0"/>
          <w:sz w:val="22"/>
        </w:rPr>
        <w:t>Geboortedatum : ______________________________________________________</w:t>
      </w:r>
    </w:p>
    <w:p>
      <w:r>
        <w:rPr>
          <w:b w:val="0"/>
          <w:sz w:val="22"/>
        </w:rPr>
        <w:t>Overlijdensdatum : ____________________________________________________</w:t>
      </w:r>
    </w:p>
    <w:p>
      <w:r>
        <w:rPr>
          <w:b w:val="0"/>
          <w:sz w:val="22"/>
        </w:rPr>
        <w:t>Adres : ______________________________________________________________</w:t>
      </w:r>
    </w:p>
    <w:p>
      <w:r>
        <w:rPr>
          <w:b w:val="0"/>
          <w:sz w:val="22"/>
        </w:rPr>
        <w:t>Relatie tot mij : _____________________________________________________</w:t>
      </w:r>
    </w:p>
    <w:p/>
    <w:p>
      <w:r>
        <w:rPr>
          <w:b/>
          <w:sz w:val="22"/>
        </w:rPr>
        <w:t>Gegevens van de melder:</w:t>
      </w:r>
    </w:p>
    <w:p>
      <w:r>
        <w:rPr>
          <w:b w:val="0"/>
          <w:sz w:val="22"/>
        </w:rPr>
        <w:t>Naam : _______________________________________________________________</w:t>
      </w:r>
    </w:p>
    <w:p>
      <w:r>
        <w:rPr>
          <w:b w:val="0"/>
          <w:sz w:val="22"/>
        </w:rPr>
        <w:t>Adres : ______________________________________________________________</w:t>
      </w:r>
    </w:p>
    <w:p>
      <w:r>
        <w:rPr>
          <w:b w:val="0"/>
          <w:sz w:val="22"/>
        </w:rPr>
        <w:t>Telefoonnummer : _____________________________________________________</w:t>
      </w:r>
    </w:p>
    <w:p>
      <w:r>
        <w:rPr>
          <w:b w:val="0"/>
          <w:sz w:val="22"/>
        </w:rPr>
        <w:t>E-mailadres : _________________________________________________________</w:t>
      </w:r>
    </w:p>
    <w:p/>
    <w:p>
      <w:r>
        <w:rPr>
          <w:b w:val="0"/>
          <w:sz w:val="22"/>
        </w:rPr>
        <w:t>Ik verzoek u vriendelijk om de nodige stappen te ondernemen in verband met het overlijden. Indien aanvullende informatie nodig is, kunt u contact met mij opnemen via bovenstaande gegevens.</w:t>
      </w:r>
    </w:p>
    <w:p/>
    <w:p>
      <w:r>
        <w:rPr>
          <w:b w:val="0"/>
          <w:sz w:val="22"/>
        </w:rPr>
        <w:t>Met vriendelijke groet,</w:t>
      </w:r>
    </w:p>
    <w:p/>
    <w:p/>
    <w:p/>
    <w:p>
      <w:r>
        <w:rPr>
          <w:b w:val="0"/>
          <w:sz w:val="22"/>
        </w:rPr>
        <w:t>Handtekening : ______________________________________</w:t>
      </w:r>
    </w:p>
    <w:p/>
    <w:p/>
    <w:p>
      <w:r>
        <w:rPr>
          <w:b w:val="0"/>
          <w:sz w:val="22"/>
        </w:rPr>
        <w:t>Plaats : ______________________________________    Datum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Melder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Ontvanger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https://briefklaar.com/voorbeeldbrief-overlijden-melden/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overlijden-melden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