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VOORBEELDBRIEF STOPPEN MET BEDRIJF</w:t>
      </w:r>
    </w:p>
    <w:p/>
    <w:p/>
    <w:p>
      <w:r>
        <w:rPr>
          <w:b/>
          <w:sz w:val="20"/>
        </w:rPr>
        <w:t>Aan :</w:t>
      </w:r>
    </w:p>
    <w:p>
      <w:r>
        <w:rPr>
          <w:b w:val="0"/>
          <w:sz w:val="20"/>
        </w:rPr>
        <w:t>Naam bedrijf / contactpersoon</w:t>
      </w:r>
    </w:p>
    <w:p>
      <w:r>
        <w:rPr>
          <w:b w:val="0"/>
          <w:sz w:val="20"/>
        </w:rPr>
        <w:t>Adres</w:t>
      </w:r>
    </w:p>
    <w:p>
      <w:r>
        <w:rPr>
          <w:b w:val="0"/>
          <w:sz w:val="20"/>
        </w:rPr>
        <w:t>Postcode en plaats</w:t>
      </w:r>
    </w:p>
    <w:p/>
    <w:p/>
    <w:p>
      <w:r>
        <w:rPr>
          <w:b/>
          <w:sz w:val="20"/>
        </w:rPr>
        <w:t>Betreft: Beëindiging bedrijf</w:t>
      </w:r>
    </w:p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deel ik u mede dat ik mijn bedrijf per direct wens te beëindigen. Ik zal alle lopende verplichtingen en afspraken zorgvuldig afhandelen conform de geldende wettelijke en contractuele bepalingen.</w:t>
      </w:r>
    </w:p>
    <w:p/>
    <w:p>
      <w:r>
        <w:rPr>
          <w:b w:val="0"/>
          <w:sz w:val="20"/>
        </w:rPr>
        <w:t>Graag ontvang ik een bevestiging van de ontvangst van deze brief en de bevestiging dat de beëindiging is verwerkt.</w:t>
      </w:r>
    </w:p>
    <w:p/>
    <w:p>
      <w:r>
        <w:rPr>
          <w:b w:val="0"/>
          <w:sz w:val="20"/>
        </w:rPr>
        <w:t>Indien u nog vragen heeft of aanvullende informatie wenst, kunt u contact met mij opnemen via de bekende contactgegevens.</w:t>
      </w:r>
    </w:p>
    <w:p/>
    <w:p/>
    <w:p>
      <w:r>
        <w:rPr>
          <w:b w:val="0"/>
          <w:sz w:val="20"/>
        </w:rPr>
        <w:t>Met vriendelijke groet,</w:t>
      </w:r>
    </w:p>
    <w:p/>
    <w:p/>
    <w:p/>
    <w:p/>
    <w:p>
      <w:r>
        <w:rPr>
          <w:b w:val="0"/>
          <w:sz w:val="20"/>
        </w:rPr>
        <w:t>Naam ondernemer</w:t>
      </w:r>
    </w:p>
    <w:p>
      <w:r>
        <w:rPr>
          <w:b w:val="0"/>
          <w:sz w:val="20"/>
        </w:rPr>
        <w:t>Adres</w:t>
      </w:r>
    </w:p>
    <w:p>
      <w:r>
        <w:rPr>
          <w:b w:val="0"/>
          <w:sz w:val="20"/>
        </w:rPr>
        <w:t>Postcode en plaats</w:t>
      </w:r>
    </w:p>
    <w:p>
      <w:r>
        <w:rPr>
          <w:b w:val="0"/>
          <w:sz w:val="20"/>
        </w:rPr>
        <w:t>Telefoonnummer</w:t>
      </w:r>
    </w:p>
    <w:p>
      <w:r>
        <w:rPr>
          <w:b w:val="0"/>
          <w:sz w:val="20"/>
        </w:rPr>
        <w:t>E-mailadres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Handtekening: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https://briefklaar.com/voorbeeldbrief-stoppen-met-bedrijf/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brief-stoppen-met-bedrijf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