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VOORBEELDBRIEF TOESTEMMING PLAATSING AIRCO VVE</w:t>
      </w:r>
    </w:p>
    <w:p/>
    <w:p>
      <w:r>
        <w:rPr>
          <w:b/>
          <w:sz w:val="20"/>
        </w:rPr>
        <w:t>Aan het bestuur van de Vereniging van Eigenaren :</w:t>
      </w:r>
    </w:p>
    <w:p>
      <w:r>
        <w:rPr>
          <w:b w:val="0"/>
          <w:sz w:val="20"/>
        </w:rPr>
        <w:t>Naam VvE : ____________________________________________________________</w:t>
      </w:r>
    </w:p>
    <w:p>
      <w:r>
        <w:rPr>
          <w:b w:val="0"/>
          <w:sz w:val="20"/>
        </w:rPr>
        <w:t>Adres : ________________________________________________________________</w:t>
      </w:r>
    </w:p>
    <w:p>
      <w:r>
        <w:rPr>
          <w:b w:val="0"/>
          <w:sz w:val="20"/>
        </w:rPr>
        <w:t>Postcode en plaats : ____________________________________________________</w:t>
      </w:r>
    </w:p>
    <w:p/>
    <w:p>
      <w:r>
        <w:rPr>
          <w:b/>
          <w:sz w:val="20"/>
        </w:rPr>
        <w:t>Gegevens van de eigenaar/huurder :</w:t>
      </w:r>
    </w:p>
    <w:p>
      <w:r>
        <w:rPr>
          <w:b w:val="0"/>
          <w:sz w:val="20"/>
        </w:rPr>
        <w:t>Naam : _________________________________________________________________</w:t>
      </w:r>
    </w:p>
    <w:p>
      <w:r>
        <w:rPr>
          <w:b w:val="0"/>
          <w:sz w:val="20"/>
        </w:rPr>
        <w:t>Adres : ________________________________________________________________</w:t>
      </w:r>
    </w:p>
    <w:p>
      <w:r>
        <w:rPr>
          <w:b w:val="0"/>
          <w:sz w:val="20"/>
        </w:rPr>
        <w:t>Postcode en plaats : ____________________________________________________</w:t>
      </w:r>
    </w:p>
    <w:p>
      <w:r>
        <w:rPr>
          <w:b w:val="0"/>
          <w:sz w:val="20"/>
        </w:rPr>
        <w:t>Appartementnummer : ____________________________________________________</w:t>
      </w:r>
    </w:p>
    <w:p/>
    <w:p>
      <w:r>
        <w:rPr>
          <w:b/>
          <w:sz w:val="20"/>
        </w:rPr>
        <w:t>Betreft: Toestemming plaatsing airconditioning</w:t>
      </w:r>
    </w:p>
    <w:p/>
    <w:p>
      <w:r>
        <w:rPr>
          <w:b w:val="0"/>
          <w:sz w:val="20"/>
        </w:rPr>
        <w:t>Geacht bestuur,</w:t>
      </w:r>
    </w:p>
    <w:p/>
    <w:p>
      <w:r>
        <w:rPr>
          <w:b w:val="0"/>
          <w:sz w:val="20"/>
        </w:rPr>
        <w:t>Hierbij verzoek ik namens ondergetekende toestemming voor het plaatsen van een airconditioningunit aan de buitenzijde van het appartement genoemd hierboven. De plaatsing zal geschieden conform de regels en voorschriften van de Vereniging van Eigenaren en met respect voor de gemeenschappelijke delen en het esthetisch aanzien van het gebouw.</w:t>
      </w:r>
    </w:p>
    <w:p/>
    <w:p>
      <w:r>
        <w:rPr>
          <w:b w:val="0"/>
          <w:sz w:val="20"/>
        </w:rPr>
        <w:t>De airconditioningunit zal worden geïnstalleerd op de volgende locatie: ____________________________________________________________.</w:t>
      </w:r>
    </w:p>
    <w:p/>
    <w:p>
      <w:r>
        <w:rPr>
          <w:b w:val="0"/>
          <w:sz w:val="20"/>
        </w:rPr>
        <w:t>De installatie zal worden uitgevoerd door een erkend installateur, die zorgt voor correcte bevestiging en minimale geluidsoverlast. Tevens zal de installatie voldoen aan alle geldende veiligheidsnormen en regelgeving.</w:t>
      </w:r>
    </w:p>
    <w:p/>
    <w:p>
      <w:r>
        <w:rPr>
          <w:b w:val="0"/>
          <w:sz w:val="20"/>
        </w:rPr>
        <w:t>Ik verklaar mij bewust van de eventuele gevolgen en aansprakelijkheden die voortvloeien uit deze plaatsing en zal zorgdragen voor het onderhoud en eventuele herstelkosten die voortkomen uit de installatie.</w:t>
      </w:r>
    </w:p>
    <w:p/>
    <w:p>
      <w:r>
        <w:rPr>
          <w:b w:val="0"/>
          <w:sz w:val="20"/>
        </w:rPr>
        <w:t>Graag verneem ik uw schriftelijke toestemming en eventuele aanvullende voorwaarden of opmerkingen met betrekking tot dit verzoek.</w:t>
      </w:r>
    </w:p>
    <w:p/>
    <w:p/>
    <w:p>
      <w:r>
        <w:rPr>
          <w:b w:val="0"/>
          <w:sz w:val="20"/>
        </w:rPr>
        <w:t>Met vriendelijke groet,</w:t>
      </w:r>
    </w:p>
    <w:p/>
    <w:p/>
    <w:p/>
    <w:p>
      <w:r>
        <w:rPr>
          <w:b w:val="0"/>
          <w:sz w:val="20"/>
        </w:rPr>
        <w:t>Handtekening : ________________________________</w:t>
      </w:r>
    </w:p>
    <w:p>
      <w:r>
        <w:rPr>
          <w:b w:val="0"/>
          <w:sz w:val="20"/>
        </w:rPr>
        <w:t>Naam : _______________________________________</w:t>
      </w:r>
    </w:p>
    <w:p/>
    <w:p/>
    <w:p>
      <w:r>
        <w:rPr>
          <w:b w:val="0"/>
          <w:sz w:val="20"/>
        </w:rPr>
        <w:t>Plaats : _______________________________________</w:t>
      </w:r>
    </w:p>
    <w:p>
      <w:r>
        <w:rPr>
          <w:b w:val="0"/>
          <w:sz w:val="20"/>
        </w:rPr>
        <w:t>Datum : _______________________________________</w:t>
      </w:r>
    </w:p>
    <w:p/>
    <w:p/>
    <w:p>
      <w:r>
        <w:rPr>
          <w:b w:val="0"/>
          <w:sz w:val="20"/>
        </w:rPr>
        <w:t>Telefoonnummer : __________________________________</w:t>
      </w:r>
    </w:p>
    <w:p>
      <w:r>
        <w:rPr>
          <w:b w:val="0"/>
          <w:sz w:val="20"/>
        </w:rPr>
        <w:t>E-mail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Voor akkoord namens het VvE-bestuur</w:t>
            </w:r>
          </w:p>
        </w:tc>
        <w:tc>
          <w:tcPr>
            <w:tcW w:type="dxa" w:w="4986"/>
            <w:tcBorders>
              <w:top w:val="nil"/>
              <w:left w:val="nil"/>
              <w:bottom w:val="nil"/>
              <w:right w:val="nil"/>
              <w:insideH w:val="nil"/>
              <w:insideV w:val="nil"/>
            </w:tcBorders>
          </w:tcPr>
          <w:p>
            <w:pPr>
              <w:jc w:val="center"/>
            </w:pPr>
            <w:r>
              <w:t>Datum</w:t>
            </w:r>
          </w:p>
        </w:tc>
      </w:tr>
      <w:tr>
        <w:tc>
          <w:tcPr>
            <w:tcW w:type="dxa" w:w="4986"/>
            <w:tcBorders>
              <w:top w:val="nil"/>
              <w:left w:val="nil"/>
              <w:bottom w:val="nil"/>
              <w:right w:val="nil"/>
              <w:insideH w:val="nil"/>
              <w:insideV w:val="nil"/>
            </w:tcBorders>
          </w:tcPr>
          <w:p>
            <w:pPr>
              <w:jc w:val="center"/>
            </w:pPr>
            <w:r>
              <w:t>Handtekening : ________________________________</w:t>
            </w:r>
          </w:p>
        </w:tc>
        <w:tc>
          <w:tcPr>
            <w:tcW w:type="dxa" w:w="4986"/>
            <w:tcBorders>
              <w:top w:val="nil"/>
              <w:left w:val="nil"/>
              <w:bottom w:val="nil"/>
              <w:right w:val="nil"/>
              <w:insideH w:val="nil"/>
              <w:insideV w:val="nil"/>
            </w:tcBorders>
          </w:tcPr>
          <w:p>
            <w:pPr>
              <w:jc w:val="center"/>
            </w:pPr>
            <w:r>
              <w:t>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https://briefklaar.com/voorbeeldbrief-toestemming-airco-vve/</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voorbeeldbrief-toestemming-airco-vve/"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