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VOORBEELDBRIEF VERNIELING MEDISCH DOSSIER</w:t>
      </w:r>
    </w:p>
    <w:p/>
    <w:p/>
    <w:p>
      <w:r>
        <w:rPr>
          <w:b/>
          <w:sz w:val="20"/>
        </w:rPr>
        <w:t>Naam : ______________________________________________________________</w:t>
      </w:r>
    </w:p>
    <w:p>
      <w:r>
        <w:rPr>
          <w:b w:val="0"/>
          <w:sz w:val="20"/>
        </w:rPr>
        <w:t>Adres : ______________________________________________________________</w:t>
      </w:r>
    </w:p>
    <w:p>
      <w:r>
        <w:rPr>
          <w:b w:val="0"/>
          <w:sz w:val="20"/>
        </w:rPr>
        <w:t>Postcode en Plaats : __________________________________________________</w:t>
      </w:r>
    </w:p>
    <w:p>
      <w:r>
        <w:rPr>
          <w:b w:val="0"/>
          <w:sz w:val="20"/>
        </w:rPr>
        <w:t>Telefoonnummer : _____________________________________________________</w:t>
      </w:r>
    </w:p>
    <w:p>
      <w:r>
        <w:rPr>
          <w:b w:val="0"/>
          <w:sz w:val="20"/>
        </w:rPr>
        <w:t>E-mail : ______________________________________________________________</w:t>
      </w:r>
    </w:p>
    <w:p/>
    <w:p/>
    <w:p>
      <w:r>
        <w:rPr>
          <w:b/>
          <w:sz w:val="20"/>
        </w:rPr>
        <w:t>Aan :</w:t>
      </w:r>
    </w:p>
    <w:p>
      <w:r>
        <w:rPr>
          <w:b w:val="0"/>
          <w:sz w:val="20"/>
        </w:rPr>
        <w:t>Naam zorginstelling / zorgverlener : ___________________________________</w:t>
      </w:r>
    </w:p>
    <w:p>
      <w:r>
        <w:rPr>
          <w:b w:val="0"/>
          <w:sz w:val="20"/>
        </w:rPr>
        <w:t>Adres : ______________________________________________________________</w:t>
      </w:r>
    </w:p>
    <w:p>
      <w:r>
        <w:rPr>
          <w:b w:val="0"/>
          <w:sz w:val="20"/>
        </w:rPr>
        <w:t>Postcode en Plaats : __________________________________________________</w:t>
      </w:r>
    </w:p>
    <w:p/>
    <w:p/>
    <w:p>
      <w:r>
        <w:rPr>
          <w:b/>
          <w:sz w:val="20"/>
        </w:rPr>
        <w:t>Betreft: Vernietiging medisch dossier</w:t>
      </w:r>
    </w:p>
    <w:p/>
    <w:p/>
    <w:p>
      <w:r>
        <w:rPr>
          <w:b w:val="0"/>
          <w:sz w:val="20"/>
        </w:rPr>
        <w:t>Geachte heer/mevrouw,</w:t>
      </w:r>
    </w:p>
    <w:p/>
    <w:p>
      <w:r>
        <w:rPr>
          <w:b w:val="0"/>
          <w:sz w:val="20"/>
        </w:rPr>
        <w:t>Hierbij verzoek ik u om mijn medisch dossier, dat bij uw instelling wordt bewaard, volledig te vernietigen conform mijn recht op gegevenswissing zoals vastgelegd in de Algemene Verordening Gegevensbescherming (AVG).</w:t>
      </w:r>
    </w:p>
    <w:p/>
    <w:p>
      <w:r>
        <w:rPr>
          <w:b w:val="0"/>
          <w:sz w:val="20"/>
        </w:rPr>
        <w:t>Op grond van artikel 17 van de AVG heb ik het recht om mijn persoonsgegevens te laten wissen wanneer deze niet langer nodig zijn voor de doeleinden waarvoor zij zijn verzameld of verwerkt. Gezien mijn verzoek om beëindiging van de behandeling en het niet langer van toepassing zijn van mijn medische gegevens, verzoek ik u deze gegevens definitief te verwijderen.</w:t>
      </w:r>
    </w:p>
    <w:p/>
    <w:p>
      <w:r>
        <w:rPr>
          <w:b w:val="0"/>
          <w:sz w:val="20"/>
        </w:rPr>
        <w:t>Ik verzoek u vriendelijk om ook alle kopieën, elektronische bestanden en andere vormen van mijn medisch dossier te vernietigen. Mocht u wettelijk verplicht zijn bepaalde gegevens langer te bewaren, verzoek ik u mij hierover schriftelijk te informeren met vermelding van de wettelijke grondslag.</w:t>
      </w:r>
    </w:p>
    <w:p/>
    <w:p>
      <w:r>
        <w:rPr>
          <w:b w:val="0"/>
          <w:sz w:val="20"/>
        </w:rPr>
        <w:t>Gelieve mij schriftelijk te bevestigen dat mijn medisch dossier is vernietigd en dat er geen kopieën meer aanwezig zijn binnen uw organisatie.</w:t>
      </w:r>
    </w:p>
    <w:p/>
    <w:p>
      <w:r>
        <w:rPr>
          <w:b w:val="0"/>
          <w:sz w:val="20"/>
        </w:rPr>
        <w:t>Alvast dank voor uw medewerking.</w:t>
      </w:r>
    </w:p>
    <w:p/>
    <w:p/>
    <w:p>
      <w:r>
        <w:rPr>
          <w:b w:val="0"/>
          <w:sz w:val="20"/>
        </w:rPr>
        <w:t>Met vriendelijke groet,</w:t>
      </w:r>
    </w:p>
    <w:p/>
    <w:p/>
    <w:p/>
    <w:p/>
    <w:p>
      <w:r>
        <w:rPr>
          <w:b w:val="0"/>
          <w:sz w:val="20"/>
        </w:rPr>
        <w:t>Naam : ______________________________________________________________</w:t>
      </w:r>
    </w:p>
    <w:p>
      <w:r>
        <w:rPr>
          <w:b w:val="0"/>
          <w:sz w:val="20"/>
        </w:rPr>
        <w:t>Handtekening : ______________________________________________________</w:t>
      </w:r>
    </w:p>
    <w:p/>
    <w:p/>
    <w:p>
      <w:r>
        <w:rPr>
          <w:b w:val="0"/>
          <w:sz w:val="20"/>
        </w:rPr>
        <w:t>Plaats : _____________________________    Datum : 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Afzender</w:t>
            </w:r>
          </w:p>
        </w:tc>
        <w:tc>
          <w:tcPr>
            <w:tcW w:type="dxa" w:w="4986"/>
            <w:tcBorders>
              <w:top w:val="nil"/>
              <w:left w:val="nil"/>
              <w:bottom w:val="nil"/>
              <w:right w:val="nil"/>
              <w:insideH w:val="nil"/>
              <w:insideV w:val="nil"/>
            </w:tcBorders>
          </w:tcPr>
          <w:p>
            <w:pPr>
              <w:jc w:val="center"/>
            </w:pPr>
            <w:r>
              <w:t>Ontvanger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https://briefklaar.com/voorbeeldbrief-vernietiging-medisch-dossier/</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voorbeeldbrief-vernietiging-medisch-dossier/"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